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850988" w14:textId="77777777" w:rsidR="001C5BC5" w:rsidRPr="0034614D" w:rsidRDefault="00000000">
      <w:pPr>
        <w:jc w:val="center"/>
        <w:rPr>
          <w:lang w:val="ru-RU"/>
        </w:rPr>
      </w:pPr>
      <w:r w:rsidRPr="0034614D">
        <w:rPr>
          <w:b/>
          <w:sz w:val="30"/>
          <w:lang w:val="ru-RU"/>
        </w:rPr>
        <w:t>ДЕКЛАРАЦИЯ ОТ КАНДИДАТА</w:t>
      </w:r>
    </w:p>
    <w:p w14:paraId="2ACB6460" w14:textId="77777777" w:rsidR="001C5BC5" w:rsidRPr="0034614D" w:rsidRDefault="00000000">
      <w:pPr>
        <w:jc w:val="center"/>
        <w:rPr>
          <w:lang w:val="ru-RU"/>
        </w:rPr>
      </w:pPr>
      <w:r w:rsidRPr="0034614D">
        <w:rPr>
          <w:b/>
          <w:lang w:val="ru-RU"/>
        </w:rPr>
        <w:t xml:space="preserve">за </w:t>
      </w:r>
      <w:proofErr w:type="spellStart"/>
      <w:r w:rsidRPr="0034614D">
        <w:rPr>
          <w:b/>
          <w:lang w:val="ru-RU"/>
        </w:rPr>
        <w:t>обработване</w:t>
      </w:r>
      <w:proofErr w:type="spellEnd"/>
      <w:r w:rsidRPr="0034614D">
        <w:rPr>
          <w:b/>
          <w:lang w:val="ru-RU"/>
        </w:rPr>
        <w:t xml:space="preserve"> на </w:t>
      </w:r>
      <w:proofErr w:type="spellStart"/>
      <w:r w:rsidRPr="0034614D">
        <w:rPr>
          <w:b/>
          <w:lang w:val="ru-RU"/>
        </w:rPr>
        <w:t>лични</w:t>
      </w:r>
      <w:proofErr w:type="spellEnd"/>
      <w:r w:rsidRPr="0034614D">
        <w:rPr>
          <w:b/>
          <w:lang w:val="ru-RU"/>
        </w:rPr>
        <w:t xml:space="preserve"> </w:t>
      </w:r>
      <w:proofErr w:type="spellStart"/>
      <w:r w:rsidRPr="0034614D">
        <w:rPr>
          <w:b/>
          <w:lang w:val="ru-RU"/>
        </w:rPr>
        <w:t>данни</w:t>
      </w:r>
      <w:proofErr w:type="spellEnd"/>
      <w:r w:rsidRPr="0034614D">
        <w:rPr>
          <w:b/>
          <w:lang w:val="ru-RU"/>
        </w:rPr>
        <w:t xml:space="preserve"> при </w:t>
      </w:r>
      <w:proofErr w:type="spellStart"/>
      <w:r w:rsidRPr="0034614D">
        <w:rPr>
          <w:b/>
          <w:lang w:val="ru-RU"/>
        </w:rPr>
        <w:t>кандидатстване</w:t>
      </w:r>
      <w:proofErr w:type="spellEnd"/>
      <w:r w:rsidRPr="0034614D">
        <w:rPr>
          <w:b/>
          <w:lang w:val="ru-RU"/>
        </w:rPr>
        <w:t xml:space="preserve"> за стипендия</w:t>
      </w:r>
    </w:p>
    <w:p w14:paraId="57D672AB" w14:textId="77777777" w:rsidR="001C5BC5" w:rsidRPr="0034614D" w:rsidRDefault="00000000">
      <w:pPr>
        <w:rPr>
          <w:lang w:val="ru-RU"/>
        </w:rPr>
      </w:pPr>
      <w:r w:rsidRPr="0034614D">
        <w:rPr>
          <w:lang w:val="ru-RU"/>
        </w:rPr>
        <w:t>Аз, ............................................................................................................................</w:t>
      </w:r>
    </w:p>
    <w:p w14:paraId="58F9E203" w14:textId="77777777" w:rsidR="001C5BC5" w:rsidRPr="0034614D" w:rsidRDefault="00000000">
      <w:pPr>
        <w:rPr>
          <w:lang w:val="ru-RU"/>
        </w:rPr>
      </w:pPr>
      <w:r w:rsidRPr="0034614D">
        <w:rPr>
          <w:lang w:val="ru-RU"/>
        </w:rPr>
        <w:t>ученик/</w:t>
      </w:r>
      <w:proofErr w:type="spellStart"/>
      <w:r w:rsidRPr="0034614D">
        <w:rPr>
          <w:lang w:val="ru-RU"/>
        </w:rPr>
        <w:t>ученичка</w:t>
      </w:r>
      <w:proofErr w:type="spellEnd"/>
      <w:r w:rsidRPr="0034614D">
        <w:rPr>
          <w:lang w:val="ru-RU"/>
        </w:rPr>
        <w:t xml:space="preserve"> в ....................................................................................................................,</w:t>
      </w:r>
    </w:p>
    <w:p w14:paraId="05606968" w14:textId="77777777" w:rsidR="001C5BC5" w:rsidRPr="0034614D" w:rsidRDefault="00000000">
      <w:pPr>
        <w:rPr>
          <w:lang w:val="ru-RU"/>
        </w:rPr>
      </w:pPr>
      <w:proofErr w:type="spellStart"/>
      <w:r w:rsidRPr="0034614D">
        <w:rPr>
          <w:lang w:val="ru-RU"/>
        </w:rPr>
        <w:t>декларирам</w:t>
      </w:r>
      <w:proofErr w:type="spellEnd"/>
      <w:r w:rsidRPr="0034614D">
        <w:rPr>
          <w:lang w:val="ru-RU"/>
        </w:rPr>
        <w:t>, че:</w:t>
      </w:r>
    </w:p>
    <w:p w14:paraId="5EB865DD" w14:textId="77777777" w:rsidR="001C5BC5" w:rsidRPr="0034614D" w:rsidRDefault="00000000">
      <w:pPr>
        <w:ind w:left="113"/>
        <w:rPr>
          <w:lang w:val="ru-RU"/>
        </w:rPr>
      </w:pPr>
      <w:r w:rsidRPr="0034614D">
        <w:rPr>
          <w:b/>
          <w:lang w:val="ru-RU"/>
        </w:rPr>
        <w:t xml:space="preserve">1. </w:t>
      </w:r>
      <w:proofErr w:type="spellStart"/>
      <w:r w:rsidRPr="0034614D">
        <w:rPr>
          <w:lang w:val="ru-RU"/>
        </w:rPr>
        <w:t>Предоставените</w:t>
      </w:r>
      <w:proofErr w:type="spellEnd"/>
      <w:r w:rsidRPr="0034614D">
        <w:rPr>
          <w:lang w:val="ru-RU"/>
        </w:rPr>
        <w:t xml:space="preserve"> от мен </w:t>
      </w:r>
      <w:proofErr w:type="spellStart"/>
      <w:r w:rsidRPr="0034614D">
        <w:rPr>
          <w:lang w:val="ru-RU"/>
        </w:rPr>
        <w:t>във</w:t>
      </w:r>
      <w:proofErr w:type="spellEnd"/>
      <w:r w:rsidRPr="0034614D">
        <w:rPr>
          <w:lang w:val="ru-RU"/>
        </w:rPr>
        <w:t xml:space="preserve"> формуляра за </w:t>
      </w:r>
      <w:proofErr w:type="spellStart"/>
      <w:r w:rsidRPr="0034614D">
        <w:rPr>
          <w:lang w:val="ru-RU"/>
        </w:rPr>
        <w:t>кандидатстване</w:t>
      </w:r>
      <w:proofErr w:type="spellEnd"/>
      <w:r w:rsidRPr="0034614D">
        <w:rPr>
          <w:lang w:val="ru-RU"/>
        </w:rPr>
        <w:t xml:space="preserve"> и </w:t>
      </w:r>
      <w:proofErr w:type="spellStart"/>
      <w:r w:rsidRPr="0034614D">
        <w:rPr>
          <w:lang w:val="ru-RU"/>
        </w:rPr>
        <w:t>приложените</w:t>
      </w:r>
      <w:proofErr w:type="spellEnd"/>
      <w:r w:rsidRPr="0034614D">
        <w:rPr>
          <w:lang w:val="ru-RU"/>
        </w:rPr>
        <w:t xml:space="preserve"> </w:t>
      </w:r>
      <w:proofErr w:type="spellStart"/>
      <w:r w:rsidRPr="0034614D">
        <w:rPr>
          <w:lang w:val="ru-RU"/>
        </w:rPr>
        <w:t>към</w:t>
      </w:r>
      <w:proofErr w:type="spellEnd"/>
      <w:r w:rsidRPr="0034614D">
        <w:rPr>
          <w:lang w:val="ru-RU"/>
        </w:rPr>
        <w:t xml:space="preserve"> него </w:t>
      </w:r>
      <w:proofErr w:type="spellStart"/>
      <w:r w:rsidRPr="0034614D">
        <w:rPr>
          <w:lang w:val="ru-RU"/>
        </w:rPr>
        <w:t>документи</w:t>
      </w:r>
      <w:proofErr w:type="spellEnd"/>
      <w:r w:rsidRPr="0034614D">
        <w:rPr>
          <w:lang w:val="ru-RU"/>
        </w:rPr>
        <w:t xml:space="preserve"> </w:t>
      </w:r>
      <w:proofErr w:type="spellStart"/>
      <w:r w:rsidRPr="0034614D">
        <w:rPr>
          <w:lang w:val="ru-RU"/>
        </w:rPr>
        <w:t>данни</w:t>
      </w:r>
      <w:proofErr w:type="spellEnd"/>
      <w:r w:rsidRPr="0034614D">
        <w:rPr>
          <w:lang w:val="ru-RU"/>
        </w:rPr>
        <w:t xml:space="preserve"> </w:t>
      </w:r>
      <w:proofErr w:type="spellStart"/>
      <w:r w:rsidRPr="0034614D">
        <w:rPr>
          <w:lang w:val="ru-RU"/>
        </w:rPr>
        <w:t>са</w:t>
      </w:r>
      <w:proofErr w:type="spellEnd"/>
      <w:r w:rsidRPr="0034614D">
        <w:rPr>
          <w:lang w:val="ru-RU"/>
        </w:rPr>
        <w:t xml:space="preserve"> верни и </w:t>
      </w:r>
      <w:proofErr w:type="spellStart"/>
      <w:r w:rsidRPr="0034614D">
        <w:rPr>
          <w:lang w:val="ru-RU"/>
        </w:rPr>
        <w:t>актуални</w:t>
      </w:r>
      <w:proofErr w:type="spellEnd"/>
      <w:r w:rsidRPr="0034614D">
        <w:rPr>
          <w:lang w:val="ru-RU"/>
        </w:rPr>
        <w:t xml:space="preserve"> </w:t>
      </w:r>
      <w:proofErr w:type="spellStart"/>
      <w:r w:rsidRPr="0034614D">
        <w:rPr>
          <w:lang w:val="ru-RU"/>
        </w:rPr>
        <w:t>към</w:t>
      </w:r>
      <w:proofErr w:type="spellEnd"/>
      <w:r w:rsidRPr="0034614D">
        <w:rPr>
          <w:lang w:val="ru-RU"/>
        </w:rPr>
        <w:t xml:space="preserve"> момента на </w:t>
      </w:r>
      <w:proofErr w:type="spellStart"/>
      <w:r w:rsidRPr="0034614D">
        <w:rPr>
          <w:lang w:val="ru-RU"/>
        </w:rPr>
        <w:t>подаване</w:t>
      </w:r>
      <w:proofErr w:type="spellEnd"/>
      <w:r w:rsidRPr="0034614D">
        <w:rPr>
          <w:lang w:val="ru-RU"/>
        </w:rPr>
        <w:t xml:space="preserve"> на </w:t>
      </w:r>
      <w:proofErr w:type="spellStart"/>
      <w:r w:rsidRPr="0034614D">
        <w:rPr>
          <w:lang w:val="ru-RU"/>
        </w:rPr>
        <w:t>кандидатурата</w:t>
      </w:r>
      <w:proofErr w:type="spellEnd"/>
      <w:r w:rsidRPr="0034614D">
        <w:rPr>
          <w:lang w:val="ru-RU"/>
        </w:rPr>
        <w:t>.</w:t>
      </w:r>
    </w:p>
    <w:p w14:paraId="6328BA22" w14:textId="77777777" w:rsidR="001C5BC5" w:rsidRPr="0034614D" w:rsidRDefault="00000000">
      <w:pPr>
        <w:ind w:left="113"/>
        <w:rPr>
          <w:lang w:val="ru-RU"/>
        </w:rPr>
      </w:pPr>
      <w:r w:rsidRPr="0034614D">
        <w:rPr>
          <w:b/>
          <w:lang w:val="ru-RU"/>
        </w:rPr>
        <w:t xml:space="preserve">2. </w:t>
      </w:r>
      <w:proofErr w:type="spellStart"/>
      <w:r w:rsidRPr="0034614D">
        <w:rPr>
          <w:lang w:val="ru-RU"/>
        </w:rPr>
        <w:t>Информиран</w:t>
      </w:r>
      <w:proofErr w:type="spellEnd"/>
      <w:r w:rsidRPr="0034614D">
        <w:rPr>
          <w:lang w:val="ru-RU"/>
        </w:rPr>
        <w:t xml:space="preserve">/а </w:t>
      </w:r>
      <w:proofErr w:type="spellStart"/>
      <w:r w:rsidRPr="0034614D">
        <w:rPr>
          <w:lang w:val="ru-RU"/>
        </w:rPr>
        <w:t>съм</w:t>
      </w:r>
      <w:proofErr w:type="spellEnd"/>
      <w:r w:rsidRPr="0034614D">
        <w:rPr>
          <w:lang w:val="ru-RU"/>
        </w:rPr>
        <w:t xml:space="preserve">, че </w:t>
      </w:r>
      <w:proofErr w:type="spellStart"/>
      <w:r w:rsidRPr="0034614D">
        <w:rPr>
          <w:lang w:val="ru-RU"/>
        </w:rPr>
        <w:t>Център</w:t>
      </w:r>
      <w:proofErr w:type="spellEnd"/>
      <w:r w:rsidRPr="0034614D">
        <w:rPr>
          <w:lang w:val="ru-RU"/>
        </w:rPr>
        <w:t xml:space="preserve"> за </w:t>
      </w:r>
      <w:proofErr w:type="spellStart"/>
      <w:r w:rsidRPr="0034614D">
        <w:rPr>
          <w:lang w:val="ru-RU"/>
        </w:rPr>
        <w:t>междуетнически</w:t>
      </w:r>
      <w:proofErr w:type="spellEnd"/>
      <w:r w:rsidRPr="0034614D">
        <w:rPr>
          <w:lang w:val="ru-RU"/>
        </w:rPr>
        <w:t xml:space="preserve"> диалог и </w:t>
      </w:r>
      <w:proofErr w:type="spellStart"/>
      <w:r w:rsidRPr="0034614D">
        <w:rPr>
          <w:lang w:val="ru-RU"/>
        </w:rPr>
        <w:t>толерантност</w:t>
      </w:r>
      <w:proofErr w:type="spellEnd"/>
      <w:r w:rsidRPr="0034614D">
        <w:rPr>
          <w:lang w:val="ru-RU"/>
        </w:rPr>
        <w:t xml:space="preserve"> „</w:t>
      </w:r>
      <w:proofErr w:type="spellStart"/>
      <w:r w:rsidRPr="0034614D">
        <w:rPr>
          <w:lang w:val="ru-RU"/>
        </w:rPr>
        <w:t>Амалипе</w:t>
      </w:r>
      <w:proofErr w:type="spellEnd"/>
      <w:r w:rsidRPr="0034614D">
        <w:rPr>
          <w:lang w:val="ru-RU"/>
        </w:rPr>
        <w:t xml:space="preserve">“, в </w:t>
      </w:r>
      <w:proofErr w:type="spellStart"/>
      <w:r w:rsidRPr="0034614D">
        <w:rPr>
          <w:lang w:val="ru-RU"/>
        </w:rPr>
        <w:t>качеството</w:t>
      </w:r>
      <w:proofErr w:type="spellEnd"/>
      <w:r w:rsidRPr="0034614D">
        <w:rPr>
          <w:lang w:val="ru-RU"/>
        </w:rPr>
        <w:t xml:space="preserve"> си на администратор на </w:t>
      </w:r>
      <w:proofErr w:type="spellStart"/>
      <w:r w:rsidRPr="0034614D">
        <w:rPr>
          <w:lang w:val="ru-RU"/>
        </w:rPr>
        <w:t>лични</w:t>
      </w:r>
      <w:proofErr w:type="spellEnd"/>
      <w:r w:rsidRPr="0034614D">
        <w:rPr>
          <w:lang w:val="ru-RU"/>
        </w:rPr>
        <w:t xml:space="preserve"> </w:t>
      </w:r>
      <w:proofErr w:type="spellStart"/>
      <w:r w:rsidRPr="0034614D">
        <w:rPr>
          <w:lang w:val="ru-RU"/>
        </w:rPr>
        <w:t>данни</w:t>
      </w:r>
      <w:proofErr w:type="spellEnd"/>
      <w:r w:rsidRPr="0034614D">
        <w:rPr>
          <w:lang w:val="ru-RU"/>
        </w:rPr>
        <w:t xml:space="preserve">, </w:t>
      </w:r>
      <w:proofErr w:type="spellStart"/>
      <w:r w:rsidRPr="0034614D">
        <w:rPr>
          <w:lang w:val="ru-RU"/>
        </w:rPr>
        <w:t>ще</w:t>
      </w:r>
      <w:proofErr w:type="spellEnd"/>
      <w:r w:rsidRPr="0034614D">
        <w:rPr>
          <w:lang w:val="ru-RU"/>
        </w:rPr>
        <w:t xml:space="preserve"> </w:t>
      </w:r>
      <w:proofErr w:type="spellStart"/>
      <w:r w:rsidRPr="0034614D">
        <w:rPr>
          <w:lang w:val="ru-RU"/>
        </w:rPr>
        <w:t>обработва</w:t>
      </w:r>
      <w:proofErr w:type="spellEnd"/>
      <w:r w:rsidRPr="0034614D">
        <w:rPr>
          <w:lang w:val="ru-RU"/>
        </w:rPr>
        <w:t xml:space="preserve"> </w:t>
      </w:r>
      <w:proofErr w:type="spellStart"/>
      <w:r w:rsidRPr="0034614D">
        <w:rPr>
          <w:lang w:val="ru-RU"/>
        </w:rPr>
        <w:t>предоставените</w:t>
      </w:r>
      <w:proofErr w:type="spellEnd"/>
      <w:r w:rsidRPr="0034614D">
        <w:rPr>
          <w:lang w:val="ru-RU"/>
        </w:rPr>
        <w:t xml:space="preserve"> от мен </w:t>
      </w:r>
      <w:proofErr w:type="spellStart"/>
      <w:r w:rsidRPr="0034614D">
        <w:rPr>
          <w:lang w:val="ru-RU"/>
        </w:rPr>
        <w:t>лични</w:t>
      </w:r>
      <w:proofErr w:type="spellEnd"/>
      <w:r w:rsidRPr="0034614D">
        <w:rPr>
          <w:lang w:val="ru-RU"/>
        </w:rPr>
        <w:t xml:space="preserve"> </w:t>
      </w:r>
      <w:proofErr w:type="spellStart"/>
      <w:r w:rsidRPr="0034614D">
        <w:rPr>
          <w:lang w:val="ru-RU"/>
        </w:rPr>
        <w:t>данни</w:t>
      </w:r>
      <w:proofErr w:type="spellEnd"/>
      <w:r w:rsidRPr="0034614D">
        <w:rPr>
          <w:lang w:val="ru-RU"/>
        </w:rPr>
        <w:t xml:space="preserve"> за целите на </w:t>
      </w:r>
      <w:proofErr w:type="spellStart"/>
      <w:r w:rsidRPr="0034614D">
        <w:rPr>
          <w:lang w:val="ru-RU"/>
        </w:rPr>
        <w:t>приемане</w:t>
      </w:r>
      <w:proofErr w:type="spellEnd"/>
      <w:r w:rsidRPr="0034614D">
        <w:rPr>
          <w:lang w:val="ru-RU"/>
        </w:rPr>
        <w:t xml:space="preserve"> и </w:t>
      </w:r>
      <w:proofErr w:type="spellStart"/>
      <w:r w:rsidRPr="0034614D">
        <w:rPr>
          <w:lang w:val="ru-RU"/>
        </w:rPr>
        <w:t>регистриране</w:t>
      </w:r>
      <w:proofErr w:type="spellEnd"/>
      <w:r w:rsidRPr="0034614D">
        <w:rPr>
          <w:lang w:val="ru-RU"/>
        </w:rPr>
        <w:t xml:space="preserve"> на </w:t>
      </w:r>
      <w:proofErr w:type="spellStart"/>
      <w:r w:rsidRPr="0034614D">
        <w:rPr>
          <w:lang w:val="ru-RU"/>
        </w:rPr>
        <w:t>кандидатурата</w:t>
      </w:r>
      <w:proofErr w:type="spellEnd"/>
      <w:r w:rsidRPr="0034614D">
        <w:rPr>
          <w:lang w:val="ru-RU"/>
        </w:rPr>
        <w:t xml:space="preserve">; проверка на </w:t>
      </w:r>
      <w:proofErr w:type="spellStart"/>
      <w:r w:rsidRPr="0034614D">
        <w:rPr>
          <w:lang w:val="ru-RU"/>
        </w:rPr>
        <w:t>допустимостта</w:t>
      </w:r>
      <w:proofErr w:type="spellEnd"/>
      <w:r w:rsidRPr="0034614D">
        <w:rPr>
          <w:lang w:val="ru-RU"/>
        </w:rPr>
        <w:t xml:space="preserve">; </w:t>
      </w:r>
      <w:proofErr w:type="spellStart"/>
      <w:r w:rsidRPr="0034614D">
        <w:rPr>
          <w:lang w:val="ru-RU"/>
        </w:rPr>
        <w:t>оценяване</w:t>
      </w:r>
      <w:proofErr w:type="spellEnd"/>
      <w:r w:rsidRPr="0034614D">
        <w:rPr>
          <w:lang w:val="ru-RU"/>
        </w:rPr>
        <w:t xml:space="preserve"> и подбор на </w:t>
      </w:r>
      <w:proofErr w:type="spellStart"/>
      <w:r w:rsidRPr="0034614D">
        <w:rPr>
          <w:lang w:val="ru-RU"/>
        </w:rPr>
        <w:t>кандидатите</w:t>
      </w:r>
      <w:proofErr w:type="spellEnd"/>
      <w:r w:rsidRPr="0034614D">
        <w:rPr>
          <w:lang w:val="ru-RU"/>
        </w:rPr>
        <w:t xml:space="preserve">; </w:t>
      </w:r>
      <w:proofErr w:type="spellStart"/>
      <w:r w:rsidRPr="0034614D">
        <w:rPr>
          <w:lang w:val="ru-RU"/>
        </w:rPr>
        <w:t>комуникация</w:t>
      </w:r>
      <w:proofErr w:type="spellEnd"/>
      <w:r w:rsidRPr="0034614D">
        <w:rPr>
          <w:lang w:val="ru-RU"/>
        </w:rPr>
        <w:t xml:space="preserve"> с мен </w:t>
      </w:r>
      <w:proofErr w:type="spellStart"/>
      <w:r w:rsidRPr="0034614D">
        <w:rPr>
          <w:lang w:val="ru-RU"/>
        </w:rPr>
        <w:t>във</w:t>
      </w:r>
      <w:proofErr w:type="spellEnd"/>
      <w:r w:rsidRPr="0034614D">
        <w:rPr>
          <w:lang w:val="ru-RU"/>
        </w:rPr>
        <w:t xml:space="preserve"> </w:t>
      </w:r>
      <w:proofErr w:type="spellStart"/>
      <w:r w:rsidRPr="0034614D">
        <w:rPr>
          <w:lang w:val="ru-RU"/>
        </w:rPr>
        <w:t>връзка</w:t>
      </w:r>
      <w:proofErr w:type="spellEnd"/>
      <w:r w:rsidRPr="0034614D">
        <w:rPr>
          <w:lang w:val="ru-RU"/>
        </w:rPr>
        <w:t xml:space="preserve"> с </w:t>
      </w:r>
      <w:proofErr w:type="spellStart"/>
      <w:r w:rsidRPr="0034614D">
        <w:rPr>
          <w:lang w:val="ru-RU"/>
        </w:rPr>
        <w:t>процедурата</w:t>
      </w:r>
      <w:proofErr w:type="spellEnd"/>
      <w:r w:rsidRPr="0034614D">
        <w:rPr>
          <w:lang w:val="ru-RU"/>
        </w:rPr>
        <w:t xml:space="preserve">; проверка на </w:t>
      </w:r>
      <w:proofErr w:type="spellStart"/>
      <w:r w:rsidRPr="0034614D">
        <w:rPr>
          <w:lang w:val="ru-RU"/>
        </w:rPr>
        <w:t>предоставена</w:t>
      </w:r>
      <w:proofErr w:type="spellEnd"/>
      <w:r w:rsidRPr="0034614D">
        <w:rPr>
          <w:lang w:val="ru-RU"/>
        </w:rPr>
        <w:t xml:space="preserve"> информация, </w:t>
      </w:r>
      <w:proofErr w:type="spellStart"/>
      <w:r w:rsidRPr="0034614D">
        <w:rPr>
          <w:lang w:val="ru-RU"/>
        </w:rPr>
        <w:t>когато</w:t>
      </w:r>
      <w:proofErr w:type="spellEnd"/>
      <w:r w:rsidRPr="0034614D">
        <w:rPr>
          <w:lang w:val="ru-RU"/>
        </w:rPr>
        <w:t xml:space="preserve"> </w:t>
      </w:r>
      <w:proofErr w:type="spellStart"/>
      <w:r w:rsidRPr="0034614D">
        <w:rPr>
          <w:lang w:val="ru-RU"/>
        </w:rPr>
        <w:t>това</w:t>
      </w:r>
      <w:proofErr w:type="spellEnd"/>
      <w:r w:rsidRPr="0034614D">
        <w:rPr>
          <w:lang w:val="ru-RU"/>
        </w:rPr>
        <w:t xml:space="preserve"> е необходимо; </w:t>
      </w:r>
      <w:proofErr w:type="spellStart"/>
      <w:r w:rsidRPr="0034614D">
        <w:rPr>
          <w:lang w:val="ru-RU"/>
        </w:rPr>
        <w:t>сключване</w:t>
      </w:r>
      <w:proofErr w:type="spellEnd"/>
      <w:r w:rsidRPr="0034614D">
        <w:rPr>
          <w:lang w:val="ru-RU"/>
        </w:rPr>
        <w:t xml:space="preserve"> и </w:t>
      </w:r>
      <w:proofErr w:type="spellStart"/>
      <w:r w:rsidRPr="0034614D">
        <w:rPr>
          <w:lang w:val="ru-RU"/>
        </w:rPr>
        <w:t>изпълнение</w:t>
      </w:r>
      <w:proofErr w:type="spellEnd"/>
      <w:r w:rsidRPr="0034614D">
        <w:rPr>
          <w:lang w:val="ru-RU"/>
        </w:rPr>
        <w:t xml:space="preserve"> на договор за стипендия, </w:t>
      </w:r>
      <w:proofErr w:type="spellStart"/>
      <w:r w:rsidRPr="0034614D">
        <w:rPr>
          <w:lang w:val="ru-RU"/>
        </w:rPr>
        <w:t>ако</w:t>
      </w:r>
      <w:proofErr w:type="spellEnd"/>
      <w:r w:rsidRPr="0034614D">
        <w:rPr>
          <w:lang w:val="ru-RU"/>
        </w:rPr>
        <w:t xml:space="preserve"> </w:t>
      </w:r>
      <w:proofErr w:type="spellStart"/>
      <w:r w:rsidRPr="0034614D">
        <w:rPr>
          <w:lang w:val="ru-RU"/>
        </w:rPr>
        <w:t>бъда</w:t>
      </w:r>
      <w:proofErr w:type="spellEnd"/>
      <w:r w:rsidRPr="0034614D">
        <w:rPr>
          <w:lang w:val="ru-RU"/>
        </w:rPr>
        <w:t xml:space="preserve"> одобрен/а; </w:t>
      </w:r>
      <w:proofErr w:type="spellStart"/>
      <w:r w:rsidRPr="0034614D">
        <w:rPr>
          <w:lang w:val="ru-RU"/>
        </w:rPr>
        <w:t>както</w:t>
      </w:r>
      <w:proofErr w:type="spellEnd"/>
      <w:r w:rsidRPr="0034614D">
        <w:rPr>
          <w:lang w:val="ru-RU"/>
        </w:rPr>
        <w:t xml:space="preserve"> и </w:t>
      </w:r>
      <w:proofErr w:type="spellStart"/>
      <w:r w:rsidRPr="0034614D">
        <w:rPr>
          <w:lang w:val="ru-RU"/>
        </w:rPr>
        <w:t>изпълнение</w:t>
      </w:r>
      <w:proofErr w:type="spellEnd"/>
      <w:r w:rsidRPr="0034614D">
        <w:rPr>
          <w:lang w:val="ru-RU"/>
        </w:rPr>
        <w:t xml:space="preserve">, мониторинг и </w:t>
      </w:r>
      <w:proofErr w:type="spellStart"/>
      <w:r w:rsidRPr="0034614D">
        <w:rPr>
          <w:lang w:val="ru-RU"/>
        </w:rPr>
        <w:t>отчитане</w:t>
      </w:r>
      <w:proofErr w:type="spellEnd"/>
      <w:r w:rsidRPr="0034614D">
        <w:rPr>
          <w:lang w:val="ru-RU"/>
        </w:rPr>
        <w:t xml:space="preserve"> на </w:t>
      </w:r>
      <w:proofErr w:type="spellStart"/>
      <w:r w:rsidRPr="0034614D">
        <w:rPr>
          <w:lang w:val="ru-RU"/>
        </w:rPr>
        <w:t>стипендиантската</w:t>
      </w:r>
      <w:proofErr w:type="spellEnd"/>
      <w:r w:rsidRPr="0034614D">
        <w:rPr>
          <w:lang w:val="ru-RU"/>
        </w:rPr>
        <w:t xml:space="preserve"> </w:t>
      </w:r>
      <w:proofErr w:type="spellStart"/>
      <w:r w:rsidRPr="0034614D">
        <w:rPr>
          <w:lang w:val="ru-RU"/>
        </w:rPr>
        <w:t>програма</w:t>
      </w:r>
      <w:proofErr w:type="spellEnd"/>
      <w:r w:rsidRPr="0034614D">
        <w:rPr>
          <w:lang w:val="ru-RU"/>
        </w:rPr>
        <w:t>.</w:t>
      </w:r>
    </w:p>
    <w:p w14:paraId="2C7984F1" w14:textId="77777777" w:rsidR="001C5BC5" w:rsidRPr="0034614D" w:rsidRDefault="00000000">
      <w:pPr>
        <w:ind w:left="113"/>
        <w:rPr>
          <w:lang w:val="ru-RU"/>
        </w:rPr>
      </w:pPr>
      <w:r w:rsidRPr="0034614D">
        <w:rPr>
          <w:b/>
          <w:lang w:val="ru-RU"/>
        </w:rPr>
        <w:t xml:space="preserve">3. </w:t>
      </w:r>
      <w:proofErr w:type="spellStart"/>
      <w:r w:rsidRPr="0034614D">
        <w:rPr>
          <w:lang w:val="ru-RU"/>
        </w:rPr>
        <w:t>Информиран</w:t>
      </w:r>
      <w:proofErr w:type="spellEnd"/>
      <w:r w:rsidRPr="0034614D">
        <w:rPr>
          <w:lang w:val="ru-RU"/>
        </w:rPr>
        <w:t xml:space="preserve">/а </w:t>
      </w:r>
      <w:proofErr w:type="spellStart"/>
      <w:r w:rsidRPr="0034614D">
        <w:rPr>
          <w:lang w:val="ru-RU"/>
        </w:rPr>
        <w:t>съм</w:t>
      </w:r>
      <w:proofErr w:type="spellEnd"/>
      <w:r w:rsidRPr="0034614D">
        <w:rPr>
          <w:lang w:val="ru-RU"/>
        </w:rPr>
        <w:t xml:space="preserve">, че за целите на </w:t>
      </w:r>
      <w:proofErr w:type="spellStart"/>
      <w:r w:rsidRPr="0034614D">
        <w:rPr>
          <w:lang w:val="ru-RU"/>
        </w:rPr>
        <w:t>оценяването</w:t>
      </w:r>
      <w:proofErr w:type="spellEnd"/>
      <w:r w:rsidRPr="0034614D">
        <w:rPr>
          <w:lang w:val="ru-RU"/>
        </w:rPr>
        <w:t xml:space="preserve"> </w:t>
      </w:r>
      <w:proofErr w:type="spellStart"/>
      <w:r w:rsidRPr="0034614D">
        <w:rPr>
          <w:lang w:val="ru-RU"/>
        </w:rPr>
        <w:t>Център</w:t>
      </w:r>
      <w:proofErr w:type="spellEnd"/>
      <w:r w:rsidRPr="0034614D">
        <w:rPr>
          <w:lang w:val="ru-RU"/>
        </w:rPr>
        <w:t xml:space="preserve"> „</w:t>
      </w:r>
      <w:proofErr w:type="spellStart"/>
      <w:r w:rsidRPr="0034614D">
        <w:rPr>
          <w:lang w:val="ru-RU"/>
        </w:rPr>
        <w:t>Амалипе</w:t>
      </w:r>
      <w:proofErr w:type="spellEnd"/>
      <w:r w:rsidRPr="0034614D">
        <w:rPr>
          <w:lang w:val="ru-RU"/>
        </w:rPr>
        <w:t xml:space="preserve">“ </w:t>
      </w:r>
      <w:proofErr w:type="spellStart"/>
      <w:r w:rsidRPr="0034614D">
        <w:rPr>
          <w:lang w:val="ru-RU"/>
        </w:rPr>
        <w:t>може</w:t>
      </w:r>
      <w:proofErr w:type="spellEnd"/>
      <w:r w:rsidRPr="0034614D">
        <w:rPr>
          <w:lang w:val="ru-RU"/>
        </w:rPr>
        <w:t xml:space="preserve"> да </w:t>
      </w:r>
      <w:proofErr w:type="spellStart"/>
      <w:r w:rsidRPr="0034614D">
        <w:rPr>
          <w:lang w:val="ru-RU"/>
        </w:rPr>
        <w:t>обработва</w:t>
      </w:r>
      <w:proofErr w:type="spellEnd"/>
      <w:r w:rsidRPr="0034614D">
        <w:rPr>
          <w:lang w:val="ru-RU"/>
        </w:rPr>
        <w:t xml:space="preserve"> </w:t>
      </w:r>
      <w:proofErr w:type="spellStart"/>
      <w:r w:rsidRPr="0034614D">
        <w:rPr>
          <w:lang w:val="ru-RU"/>
        </w:rPr>
        <w:t>информацията</w:t>
      </w:r>
      <w:proofErr w:type="spellEnd"/>
      <w:r w:rsidRPr="0034614D">
        <w:rPr>
          <w:lang w:val="ru-RU"/>
        </w:rPr>
        <w:t xml:space="preserve">, </w:t>
      </w:r>
      <w:proofErr w:type="spellStart"/>
      <w:r w:rsidRPr="0034614D">
        <w:rPr>
          <w:lang w:val="ru-RU"/>
        </w:rPr>
        <w:t>която</w:t>
      </w:r>
      <w:proofErr w:type="spellEnd"/>
      <w:r w:rsidRPr="0034614D">
        <w:rPr>
          <w:lang w:val="ru-RU"/>
        </w:rPr>
        <w:t xml:space="preserve"> </w:t>
      </w:r>
      <w:proofErr w:type="spellStart"/>
      <w:r w:rsidRPr="0034614D">
        <w:rPr>
          <w:lang w:val="ru-RU"/>
        </w:rPr>
        <w:t>съм</w:t>
      </w:r>
      <w:proofErr w:type="spellEnd"/>
      <w:r w:rsidRPr="0034614D">
        <w:rPr>
          <w:lang w:val="ru-RU"/>
        </w:rPr>
        <w:t xml:space="preserve"> предоставил/а </w:t>
      </w:r>
      <w:proofErr w:type="spellStart"/>
      <w:r w:rsidRPr="0034614D">
        <w:rPr>
          <w:lang w:val="ru-RU"/>
        </w:rPr>
        <w:t>във</w:t>
      </w:r>
      <w:proofErr w:type="spellEnd"/>
      <w:r w:rsidRPr="0034614D">
        <w:rPr>
          <w:lang w:val="ru-RU"/>
        </w:rPr>
        <w:t xml:space="preserve"> формуляра </w:t>
      </w:r>
      <w:proofErr w:type="spellStart"/>
      <w:r w:rsidRPr="0034614D">
        <w:rPr>
          <w:lang w:val="ru-RU"/>
        </w:rPr>
        <w:t>относно</w:t>
      </w:r>
      <w:proofErr w:type="spellEnd"/>
      <w:r w:rsidRPr="0034614D">
        <w:rPr>
          <w:lang w:val="ru-RU"/>
        </w:rPr>
        <w:t xml:space="preserve"> </w:t>
      </w:r>
      <w:proofErr w:type="spellStart"/>
      <w:r w:rsidRPr="0034614D">
        <w:rPr>
          <w:lang w:val="ru-RU"/>
        </w:rPr>
        <w:t>моето</w:t>
      </w:r>
      <w:proofErr w:type="spellEnd"/>
      <w:r w:rsidRPr="0034614D">
        <w:rPr>
          <w:lang w:val="ru-RU"/>
        </w:rPr>
        <w:t xml:space="preserve"> образование, успех, </w:t>
      </w:r>
      <w:proofErr w:type="spellStart"/>
      <w:r w:rsidRPr="0034614D">
        <w:rPr>
          <w:lang w:val="ru-RU"/>
        </w:rPr>
        <w:t>доброволческа</w:t>
      </w:r>
      <w:proofErr w:type="spellEnd"/>
      <w:r w:rsidRPr="0034614D">
        <w:rPr>
          <w:lang w:val="ru-RU"/>
        </w:rPr>
        <w:t xml:space="preserve"> </w:t>
      </w:r>
      <w:proofErr w:type="spellStart"/>
      <w:r w:rsidRPr="0034614D">
        <w:rPr>
          <w:lang w:val="ru-RU"/>
        </w:rPr>
        <w:t>дейност</w:t>
      </w:r>
      <w:proofErr w:type="spellEnd"/>
      <w:r w:rsidRPr="0034614D">
        <w:rPr>
          <w:lang w:val="ru-RU"/>
        </w:rPr>
        <w:t xml:space="preserve"> и </w:t>
      </w:r>
      <w:proofErr w:type="spellStart"/>
      <w:r w:rsidRPr="0034614D">
        <w:rPr>
          <w:lang w:val="ru-RU"/>
        </w:rPr>
        <w:t>семейни</w:t>
      </w:r>
      <w:proofErr w:type="spellEnd"/>
      <w:r w:rsidRPr="0034614D">
        <w:rPr>
          <w:lang w:val="ru-RU"/>
        </w:rPr>
        <w:t xml:space="preserve"> и </w:t>
      </w:r>
      <w:proofErr w:type="spellStart"/>
      <w:r w:rsidRPr="0034614D">
        <w:rPr>
          <w:lang w:val="ru-RU"/>
        </w:rPr>
        <w:t>социално-икономически</w:t>
      </w:r>
      <w:proofErr w:type="spellEnd"/>
      <w:r w:rsidRPr="0034614D">
        <w:rPr>
          <w:lang w:val="ru-RU"/>
        </w:rPr>
        <w:t xml:space="preserve"> </w:t>
      </w:r>
      <w:proofErr w:type="spellStart"/>
      <w:r w:rsidRPr="0034614D">
        <w:rPr>
          <w:lang w:val="ru-RU"/>
        </w:rPr>
        <w:t>обстоятелства</w:t>
      </w:r>
      <w:proofErr w:type="spellEnd"/>
      <w:r w:rsidRPr="0034614D">
        <w:rPr>
          <w:lang w:val="ru-RU"/>
        </w:rPr>
        <w:t>.</w:t>
      </w:r>
    </w:p>
    <w:p w14:paraId="4CEDDC2E" w14:textId="77777777" w:rsidR="001C5BC5" w:rsidRPr="0034614D" w:rsidRDefault="00000000">
      <w:pPr>
        <w:ind w:left="113"/>
        <w:rPr>
          <w:lang w:val="ru-RU"/>
        </w:rPr>
      </w:pPr>
      <w:r w:rsidRPr="0034614D">
        <w:rPr>
          <w:b/>
          <w:lang w:val="ru-RU"/>
        </w:rPr>
        <w:t xml:space="preserve">4. </w:t>
      </w:r>
      <w:proofErr w:type="spellStart"/>
      <w:r w:rsidRPr="0034614D">
        <w:rPr>
          <w:lang w:val="ru-RU"/>
        </w:rPr>
        <w:t>Информиран</w:t>
      </w:r>
      <w:proofErr w:type="spellEnd"/>
      <w:r w:rsidRPr="0034614D">
        <w:rPr>
          <w:lang w:val="ru-RU"/>
        </w:rPr>
        <w:t xml:space="preserve">/а </w:t>
      </w:r>
      <w:proofErr w:type="spellStart"/>
      <w:r w:rsidRPr="0034614D">
        <w:rPr>
          <w:lang w:val="ru-RU"/>
        </w:rPr>
        <w:t>съм</w:t>
      </w:r>
      <w:proofErr w:type="spellEnd"/>
      <w:r w:rsidRPr="0034614D">
        <w:rPr>
          <w:lang w:val="ru-RU"/>
        </w:rPr>
        <w:t xml:space="preserve">, че </w:t>
      </w:r>
      <w:proofErr w:type="spellStart"/>
      <w:r w:rsidRPr="0034614D">
        <w:rPr>
          <w:lang w:val="ru-RU"/>
        </w:rPr>
        <w:t>достъп</w:t>
      </w:r>
      <w:proofErr w:type="spellEnd"/>
      <w:r w:rsidRPr="0034614D">
        <w:rPr>
          <w:lang w:val="ru-RU"/>
        </w:rPr>
        <w:t xml:space="preserve"> до </w:t>
      </w:r>
      <w:proofErr w:type="spellStart"/>
      <w:r w:rsidRPr="0034614D">
        <w:rPr>
          <w:lang w:val="ru-RU"/>
        </w:rPr>
        <w:t>данните</w:t>
      </w:r>
      <w:proofErr w:type="spellEnd"/>
      <w:r w:rsidRPr="0034614D">
        <w:rPr>
          <w:lang w:val="ru-RU"/>
        </w:rPr>
        <w:t xml:space="preserve"> ми </w:t>
      </w:r>
      <w:proofErr w:type="spellStart"/>
      <w:r w:rsidRPr="0034614D">
        <w:rPr>
          <w:lang w:val="ru-RU"/>
        </w:rPr>
        <w:t>могат</w:t>
      </w:r>
      <w:proofErr w:type="spellEnd"/>
      <w:r w:rsidRPr="0034614D">
        <w:rPr>
          <w:lang w:val="ru-RU"/>
        </w:rPr>
        <w:t xml:space="preserve"> да </w:t>
      </w:r>
      <w:proofErr w:type="spellStart"/>
      <w:r w:rsidRPr="0034614D">
        <w:rPr>
          <w:lang w:val="ru-RU"/>
        </w:rPr>
        <w:t>имат</w:t>
      </w:r>
      <w:proofErr w:type="spellEnd"/>
      <w:r w:rsidRPr="0034614D">
        <w:rPr>
          <w:lang w:val="ru-RU"/>
        </w:rPr>
        <w:t xml:space="preserve"> </w:t>
      </w:r>
      <w:proofErr w:type="spellStart"/>
      <w:r w:rsidRPr="0034614D">
        <w:rPr>
          <w:lang w:val="ru-RU"/>
        </w:rPr>
        <w:t>членовете</w:t>
      </w:r>
      <w:proofErr w:type="spellEnd"/>
      <w:r w:rsidRPr="0034614D">
        <w:rPr>
          <w:lang w:val="ru-RU"/>
        </w:rPr>
        <w:t xml:space="preserve"> на </w:t>
      </w:r>
      <w:proofErr w:type="spellStart"/>
      <w:r w:rsidRPr="0034614D">
        <w:rPr>
          <w:lang w:val="ru-RU"/>
        </w:rPr>
        <w:t>комисията</w:t>
      </w:r>
      <w:proofErr w:type="spellEnd"/>
      <w:r w:rsidRPr="0034614D">
        <w:rPr>
          <w:lang w:val="ru-RU"/>
        </w:rPr>
        <w:t xml:space="preserve"> за подбор и </w:t>
      </w:r>
      <w:proofErr w:type="spellStart"/>
      <w:r w:rsidRPr="0034614D">
        <w:rPr>
          <w:lang w:val="ru-RU"/>
        </w:rPr>
        <w:t>определени</w:t>
      </w:r>
      <w:proofErr w:type="spellEnd"/>
      <w:r w:rsidRPr="0034614D">
        <w:rPr>
          <w:lang w:val="ru-RU"/>
        </w:rPr>
        <w:t xml:space="preserve"> служители и </w:t>
      </w:r>
      <w:proofErr w:type="spellStart"/>
      <w:r w:rsidRPr="0034614D">
        <w:rPr>
          <w:lang w:val="ru-RU"/>
        </w:rPr>
        <w:t>партньори</w:t>
      </w:r>
      <w:proofErr w:type="spellEnd"/>
      <w:r w:rsidRPr="0034614D">
        <w:rPr>
          <w:lang w:val="ru-RU"/>
        </w:rPr>
        <w:t xml:space="preserve">, </w:t>
      </w:r>
      <w:proofErr w:type="spellStart"/>
      <w:r w:rsidRPr="0034614D">
        <w:rPr>
          <w:lang w:val="ru-RU"/>
        </w:rPr>
        <w:t>ангажирани</w:t>
      </w:r>
      <w:proofErr w:type="spellEnd"/>
      <w:r w:rsidRPr="0034614D">
        <w:rPr>
          <w:lang w:val="ru-RU"/>
        </w:rPr>
        <w:t xml:space="preserve"> с </w:t>
      </w:r>
      <w:proofErr w:type="spellStart"/>
      <w:r w:rsidRPr="0034614D">
        <w:rPr>
          <w:lang w:val="ru-RU"/>
        </w:rPr>
        <w:t>изпълнението</w:t>
      </w:r>
      <w:proofErr w:type="spellEnd"/>
      <w:r w:rsidRPr="0034614D">
        <w:rPr>
          <w:lang w:val="ru-RU"/>
        </w:rPr>
        <w:t xml:space="preserve"> и </w:t>
      </w:r>
      <w:proofErr w:type="spellStart"/>
      <w:r w:rsidRPr="0034614D">
        <w:rPr>
          <w:lang w:val="ru-RU"/>
        </w:rPr>
        <w:t>отчитането</w:t>
      </w:r>
      <w:proofErr w:type="spellEnd"/>
      <w:r w:rsidRPr="0034614D">
        <w:rPr>
          <w:lang w:val="ru-RU"/>
        </w:rPr>
        <w:t xml:space="preserve"> на </w:t>
      </w:r>
      <w:proofErr w:type="spellStart"/>
      <w:r w:rsidRPr="0034614D">
        <w:rPr>
          <w:lang w:val="ru-RU"/>
        </w:rPr>
        <w:t>програмата</w:t>
      </w:r>
      <w:proofErr w:type="spellEnd"/>
      <w:r w:rsidRPr="0034614D">
        <w:rPr>
          <w:lang w:val="ru-RU"/>
        </w:rPr>
        <w:t xml:space="preserve">, само </w:t>
      </w:r>
      <w:proofErr w:type="spellStart"/>
      <w:r w:rsidRPr="0034614D">
        <w:rPr>
          <w:lang w:val="ru-RU"/>
        </w:rPr>
        <w:t>доколкото</w:t>
      </w:r>
      <w:proofErr w:type="spellEnd"/>
      <w:r w:rsidRPr="0034614D">
        <w:rPr>
          <w:lang w:val="ru-RU"/>
        </w:rPr>
        <w:t xml:space="preserve"> </w:t>
      </w:r>
      <w:proofErr w:type="spellStart"/>
      <w:r w:rsidRPr="0034614D">
        <w:rPr>
          <w:lang w:val="ru-RU"/>
        </w:rPr>
        <w:t>това</w:t>
      </w:r>
      <w:proofErr w:type="spellEnd"/>
      <w:r w:rsidRPr="0034614D">
        <w:rPr>
          <w:lang w:val="ru-RU"/>
        </w:rPr>
        <w:t xml:space="preserve"> е необходимо за </w:t>
      </w:r>
      <w:proofErr w:type="spellStart"/>
      <w:r w:rsidRPr="0034614D">
        <w:rPr>
          <w:lang w:val="ru-RU"/>
        </w:rPr>
        <w:t>изпълнение</w:t>
      </w:r>
      <w:proofErr w:type="spellEnd"/>
      <w:r w:rsidRPr="0034614D">
        <w:rPr>
          <w:lang w:val="ru-RU"/>
        </w:rPr>
        <w:t xml:space="preserve"> на </w:t>
      </w:r>
      <w:proofErr w:type="spellStart"/>
      <w:r w:rsidRPr="0034614D">
        <w:rPr>
          <w:lang w:val="ru-RU"/>
        </w:rPr>
        <w:t>техните</w:t>
      </w:r>
      <w:proofErr w:type="spellEnd"/>
      <w:r w:rsidRPr="0034614D">
        <w:rPr>
          <w:lang w:val="ru-RU"/>
        </w:rPr>
        <w:t xml:space="preserve"> функции.</w:t>
      </w:r>
    </w:p>
    <w:p w14:paraId="5C24A740" w14:textId="77777777" w:rsidR="001C5BC5" w:rsidRPr="0034614D" w:rsidRDefault="00000000">
      <w:pPr>
        <w:ind w:left="113"/>
        <w:rPr>
          <w:lang w:val="ru-RU"/>
        </w:rPr>
      </w:pPr>
      <w:r w:rsidRPr="0034614D">
        <w:rPr>
          <w:b/>
          <w:lang w:val="ru-RU"/>
        </w:rPr>
        <w:t xml:space="preserve">5. </w:t>
      </w:r>
      <w:proofErr w:type="spellStart"/>
      <w:r w:rsidRPr="0034614D">
        <w:rPr>
          <w:lang w:val="ru-RU"/>
        </w:rPr>
        <w:t>Информиран</w:t>
      </w:r>
      <w:proofErr w:type="spellEnd"/>
      <w:r w:rsidRPr="0034614D">
        <w:rPr>
          <w:lang w:val="ru-RU"/>
        </w:rPr>
        <w:t xml:space="preserve">/а </w:t>
      </w:r>
      <w:proofErr w:type="spellStart"/>
      <w:r w:rsidRPr="0034614D">
        <w:rPr>
          <w:lang w:val="ru-RU"/>
        </w:rPr>
        <w:t>съм</w:t>
      </w:r>
      <w:proofErr w:type="spellEnd"/>
      <w:r w:rsidRPr="0034614D">
        <w:rPr>
          <w:lang w:val="ru-RU"/>
        </w:rPr>
        <w:t xml:space="preserve">, че </w:t>
      </w:r>
      <w:proofErr w:type="spellStart"/>
      <w:r w:rsidRPr="0034614D">
        <w:rPr>
          <w:lang w:val="ru-RU"/>
        </w:rPr>
        <w:t>предоставените</w:t>
      </w:r>
      <w:proofErr w:type="spellEnd"/>
      <w:r w:rsidRPr="0034614D">
        <w:rPr>
          <w:lang w:val="ru-RU"/>
        </w:rPr>
        <w:t xml:space="preserve"> </w:t>
      </w:r>
      <w:proofErr w:type="spellStart"/>
      <w:r w:rsidRPr="0034614D">
        <w:rPr>
          <w:lang w:val="ru-RU"/>
        </w:rPr>
        <w:t>лични</w:t>
      </w:r>
      <w:proofErr w:type="spellEnd"/>
      <w:r w:rsidRPr="0034614D">
        <w:rPr>
          <w:lang w:val="ru-RU"/>
        </w:rPr>
        <w:t xml:space="preserve"> </w:t>
      </w:r>
      <w:proofErr w:type="spellStart"/>
      <w:r w:rsidRPr="0034614D">
        <w:rPr>
          <w:lang w:val="ru-RU"/>
        </w:rPr>
        <w:t>данни</w:t>
      </w:r>
      <w:proofErr w:type="spellEnd"/>
      <w:r w:rsidRPr="0034614D">
        <w:rPr>
          <w:lang w:val="ru-RU"/>
        </w:rPr>
        <w:t xml:space="preserve"> </w:t>
      </w:r>
      <w:proofErr w:type="spellStart"/>
      <w:r w:rsidRPr="0034614D">
        <w:rPr>
          <w:lang w:val="ru-RU"/>
        </w:rPr>
        <w:t>няма</w:t>
      </w:r>
      <w:proofErr w:type="spellEnd"/>
      <w:r w:rsidRPr="0034614D">
        <w:rPr>
          <w:lang w:val="ru-RU"/>
        </w:rPr>
        <w:t xml:space="preserve"> да </w:t>
      </w:r>
      <w:proofErr w:type="spellStart"/>
      <w:r w:rsidRPr="0034614D">
        <w:rPr>
          <w:lang w:val="ru-RU"/>
        </w:rPr>
        <w:t>бъдат</w:t>
      </w:r>
      <w:proofErr w:type="spellEnd"/>
      <w:r w:rsidRPr="0034614D">
        <w:rPr>
          <w:lang w:val="ru-RU"/>
        </w:rPr>
        <w:t xml:space="preserve"> </w:t>
      </w:r>
      <w:proofErr w:type="spellStart"/>
      <w:r w:rsidRPr="0034614D">
        <w:rPr>
          <w:lang w:val="ru-RU"/>
        </w:rPr>
        <w:t>използвани</w:t>
      </w:r>
      <w:proofErr w:type="spellEnd"/>
      <w:r w:rsidRPr="0034614D">
        <w:rPr>
          <w:lang w:val="ru-RU"/>
        </w:rPr>
        <w:t xml:space="preserve"> за публично </w:t>
      </w:r>
      <w:proofErr w:type="spellStart"/>
      <w:r w:rsidRPr="0034614D">
        <w:rPr>
          <w:lang w:val="ru-RU"/>
        </w:rPr>
        <w:t>представяне</w:t>
      </w:r>
      <w:proofErr w:type="spellEnd"/>
      <w:r w:rsidRPr="0034614D">
        <w:rPr>
          <w:lang w:val="ru-RU"/>
        </w:rPr>
        <w:t xml:space="preserve">, </w:t>
      </w:r>
      <w:proofErr w:type="spellStart"/>
      <w:r w:rsidRPr="0034614D">
        <w:rPr>
          <w:lang w:val="ru-RU"/>
        </w:rPr>
        <w:t>публикуване</w:t>
      </w:r>
      <w:proofErr w:type="spellEnd"/>
      <w:r w:rsidRPr="0034614D">
        <w:rPr>
          <w:lang w:val="ru-RU"/>
        </w:rPr>
        <w:t xml:space="preserve"> на моя лична история, снимки или </w:t>
      </w:r>
      <w:proofErr w:type="spellStart"/>
      <w:r w:rsidRPr="0034614D">
        <w:rPr>
          <w:lang w:val="ru-RU"/>
        </w:rPr>
        <w:t>видеоматериали</w:t>
      </w:r>
      <w:proofErr w:type="spellEnd"/>
      <w:r w:rsidRPr="0034614D">
        <w:rPr>
          <w:lang w:val="ru-RU"/>
        </w:rPr>
        <w:t xml:space="preserve"> </w:t>
      </w:r>
      <w:proofErr w:type="spellStart"/>
      <w:r w:rsidRPr="0034614D">
        <w:rPr>
          <w:lang w:val="ru-RU"/>
        </w:rPr>
        <w:t>въз</w:t>
      </w:r>
      <w:proofErr w:type="spellEnd"/>
      <w:r w:rsidRPr="0034614D">
        <w:rPr>
          <w:lang w:val="ru-RU"/>
        </w:rPr>
        <w:t xml:space="preserve"> основа на </w:t>
      </w:r>
      <w:proofErr w:type="spellStart"/>
      <w:r w:rsidRPr="0034614D">
        <w:rPr>
          <w:lang w:val="ru-RU"/>
        </w:rPr>
        <w:t>настоящата</w:t>
      </w:r>
      <w:proofErr w:type="spellEnd"/>
      <w:r w:rsidRPr="0034614D">
        <w:rPr>
          <w:lang w:val="ru-RU"/>
        </w:rPr>
        <w:t xml:space="preserve"> декларация. За подобно </w:t>
      </w:r>
      <w:proofErr w:type="spellStart"/>
      <w:r w:rsidRPr="0034614D">
        <w:rPr>
          <w:lang w:val="ru-RU"/>
        </w:rPr>
        <w:t>използване</w:t>
      </w:r>
      <w:proofErr w:type="spellEnd"/>
      <w:r w:rsidRPr="0034614D">
        <w:rPr>
          <w:lang w:val="ru-RU"/>
        </w:rPr>
        <w:t xml:space="preserve">, </w:t>
      </w:r>
      <w:proofErr w:type="spellStart"/>
      <w:r w:rsidRPr="0034614D">
        <w:rPr>
          <w:lang w:val="ru-RU"/>
        </w:rPr>
        <w:t>когато</w:t>
      </w:r>
      <w:proofErr w:type="spellEnd"/>
      <w:r w:rsidRPr="0034614D">
        <w:rPr>
          <w:lang w:val="ru-RU"/>
        </w:rPr>
        <w:t xml:space="preserve"> е приложимо, </w:t>
      </w:r>
      <w:proofErr w:type="spellStart"/>
      <w:r w:rsidRPr="0034614D">
        <w:rPr>
          <w:lang w:val="ru-RU"/>
        </w:rPr>
        <w:t>ще</w:t>
      </w:r>
      <w:proofErr w:type="spellEnd"/>
      <w:r w:rsidRPr="0034614D">
        <w:rPr>
          <w:lang w:val="ru-RU"/>
        </w:rPr>
        <w:t xml:space="preserve"> </w:t>
      </w:r>
      <w:proofErr w:type="spellStart"/>
      <w:r w:rsidRPr="0034614D">
        <w:rPr>
          <w:lang w:val="ru-RU"/>
        </w:rPr>
        <w:t>бъде</w:t>
      </w:r>
      <w:proofErr w:type="spellEnd"/>
      <w:r w:rsidRPr="0034614D">
        <w:rPr>
          <w:lang w:val="ru-RU"/>
        </w:rPr>
        <w:t xml:space="preserve"> поискано </w:t>
      </w:r>
      <w:proofErr w:type="spellStart"/>
      <w:r w:rsidRPr="0034614D">
        <w:rPr>
          <w:lang w:val="ru-RU"/>
        </w:rPr>
        <w:t>отделно</w:t>
      </w:r>
      <w:proofErr w:type="spellEnd"/>
      <w:r w:rsidRPr="0034614D">
        <w:rPr>
          <w:lang w:val="ru-RU"/>
        </w:rPr>
        <w:t xml:space="preserve"> </w:t>
      </w:r>
      <w:proofErr w:type="spellStart"/>
      <w:r w:rsidRPr="0034614D">
        <w:rPr>
          <w:lang w:val="ru-RU"/>
        </w:rPr>
        <w:t>съгласие</w:t>
      </w:r>
      <w:proofErr w:type="spellEnd"/>
      <w:r w:rsidRPr="0034614D">
        <w:rPr>
          <w:lang w:val="ru-RU"/>
        </w:rPr>
        <w:t>.</w:t>
      </w:r>
    </w:p>
    <w:p w14:paraId="05313A97" w14:textId="77777777" w:rsidR="001C5BC5" w:rsidRPr="0034614D" w:rsidRDefault="00000000">
      <w:pPr>
        <w:ind w:left="113"/>
        <w:rPr>
          <w:lang w:val="ru-RU"/>
        </w:rPr>
      </w:pPr>
      <w:r w:rsidRPr="0034614D">
        <w:rPr>
          <w:b/>
          <w:lang w:val="ru-RU"/>
        </w:rPr>
        <w:t xml:space="preserve">6. </w:t>
      </w:r>
      <w:proofErr w:type="spellStart"/>
      <w:r w:rsidRPr="0034614D">
        <w:rPr>
          <w:lang w:val="ru-RU"/>
        </w:rPr>
        <w:t>Информиран</w:t>
      </w:r>
      <w:proofErr w:type="spellEnd"/>
      <w:r w:rsidRPr="0034614D">
        <w:rPr>
          <w:lang w:val="ru-RU"/>
        </w:rPr>
        <w:t xml:space="preserve">/а </w:t>
      </w:r>
      <w:proofErr w:type="spellStart"/>
      <w:r w:rsidRPr="0034614D">
        <w:rPr>
          <w:lang w:val="ru-RU"/>
        </w:rPr>
        <w:t>съм</w:t>
      </w:r>
      <w:proofErr w:type="spellEnd"/>
      <w:r w:rsidRPr="0034614D">
        <w:rPr>
          <w:lang w:val="ru-RU"/>
        </w:rPr>
        <w:t xml:space="preserve">, че имам право на </w:t>
      </w:r>
      <w:proofErr w:type="spellStart"/>
      <w:r w:rsidRPr="0034614D">
        <w:rPr>
          <w:lang w:val="ru-RU"/>
        </w:rPr>
        <w:t>достъп</w:t>
      </w:r>
      <w:proofErr w:type="spellEnd"/>
      <w:r w:rsidRPr="0034614D">
        <w:rPr>
          <w:lang w:val="ru-RU"/>
        </w:rPr>
        <w:t xml:space="preserve"> до </w:t>
      </w:r>
      <w:proofErr w:type="spellStart"/>
      <w:r w:rsidRPr="0034614D">
        <w:rPr>
          <w:lang w:val="ru-RU"/>
        </w:rPr>
        <w:t>личните</w:t>
      </w:r>
      <w:proofErr w:type="spellEnd"/>
      <w:r w:rsidRPr="0034614D">
        <w:rPr>
          <w:lang w:val="ru-RU"/>
        </w:rPr>
        <w:t xml:space="preserve"> си </w:t>
      </w:r>
      <w:proofErr w:type="spellStart"/>
      <w:r w:rsidRPr="0034614D">
        <w:rPr>
          <w:lang w:val="ru-RU"/>
        </w:rPr>
        <w:t>данни</w:t>
      </w:r>
      <w:proofErr w:type="spellEnd"/>
      <w:r w:rsidRPr="0034614D">
        <w:rPr>
          <w:lang w:val="ru-RU"/>
        </w:rPr>
        <w:t xml:space="preserve">, </w:t>
      </w:r>
      <w:proofErr w:type="spellStart"/>
      <w:r w:rsidRPr="0034614D">
        <w:rPr>
          <w:lang w:val="ru-RU"/>
        </w:rPr>
        <w:t>коригирането</w:t>
      </w:r>
      <w:proofErr w:type="spellEnd"/>
      <w:r w:rsidRPr="0034614D">
        <w:rPr>
          <w:lang w:val="ru-RU"/>
        </w:rPr>
        <w:t xml:space="preserve"> им и </w:t>
      </w:r>
      <w:proofErr w:type="spellStart"/>
      <w:r w:rsidRPr="0034614D">
        <w:rPr>
          <w:lang w:val="ru-RU"/>
        </w:rPr>
        <w:t>упражняване</w:t>
      </w:r>
      <w:proofErr w:type="spellEnd"/>
      <w:r w:rsidRPr="0034614D">
        <w:rPr>
          <w:lang w:val="ru-RU"/>
        </w:rPr>
        <w:t xml:space="preserve"> на </w:t>
      </w:r>
      <w:proofErr w:type="spellStart"/>
      <w:r w:rsidRPr="0034614D">
        <w:rPr>
          <w:lang w:val="ru-RU"/>
        </w:rPr>
        <w:t>останалите</w:t>
      </w:r>
      <w:proofErr w:type="spellEnd"/>
      <w:r w:rsidRPr="0034614D">
        <w:rPr>
          <w:lang w:val="ru-RU"/>
        </w:rPr>
        <w:t xml:space="preserve"> права, </w:t>
      </w:r>
      <w:proofErr w:type="spellStart"/>
      <w:r w:rsidRPr="0034614D">
        <w:rPr>
          <w:lang w:val="ru-RU"/>
        </w:rPr>
        <w:t>предвидени</w:t>
      </w:r>
      <w:proofErr w:type="spellEnd"/>
      <w:r w:rsidRPr="0034614D">
        <w:rPr>
          <w:lang w:val="ru-RU"/>
        </w:rPr>
        <w:t xml:space="preserve"> в Регламент (ЕС) 2016/679, </w:t>
      </w:r>
      <w:proofErr w:type="spellStart"/>
      <w:r w:rsidRPr="0034614D">
        <w:rPr>
          <w:lang w:val="ru-RU"/>
        </w:rPr>
        <w:t>както</w:t>
      </w:r>
      <w:proofErr w:type="spellEnd"/>
      <w:r w:rsidRPr="0034614D">
        <w:rPr>
          <w:lang w:val="ru-RU"/>
        </w:rPr>
        <w:t xml:space="preserve"> и право да подам </w:t>
      </w:r>
      <w:proofErr w:type="spellStart"/>
      <w:r w:rsidRPr="0034614D">
        <w:rPr>
          <w:lang w:val="ru-RU"/>
        </w:rPr>
        <w:t>жалба</w:t>
      </w:r>
      <w:proofErr w:type="spellEnd"/>
      <w:r w:rsidRPr="0034614D">
        <w:rPr>
          <w:lang w:val="ru-RU"/>
        </w:rPr>
        <w:t xml:space="preserve"> до </w:t>
      </w:r>
      <w:proofErr w:type="spellStart"/>
      <w:r w:rsidRPr="0034614D">
        <w:rPr>
          <w:lang w:val="ru-RU"/>
        </w:rPr>
        <w:t>Комисията</w:t>
      </w:r>
      <w:proofErr w:type="spellEnd"/>
      <w:r w:rsidRPr="0034614D">
        <w:rPr>
          <w:lang w:val="ru-RU"/>
        </w:rPr>
        <w:t xml:space="preserve"> за защита на </w:t>
      </w:r>
      <w:proofErr w:type="spellStart"/>
      <w:r w:rsidRPr="0034614D">
        <w:rPr>
          <w:lang w:val="ru-RU"/>
        </w:rPr>
        <w:t>личните</w:t>
      </w:r>
      <w:proofErr w:type="spellEnd"/>
      <w:r w:rsidRPr="0034614D">
        <w:rPr>
          <w:lang w:val="ru-RU"/>
        </w:rPr>
        <w:t xml:space="preserve"> </w:t>
      </w:r>
      <w:proofErr w:type="spellStart"/>
      <w:r w:rsidRPr="0034614D">
        <w:rPr>
          <w:lang w:val="ru-RU"/>
        </w:rPr>
        <w:t>данни</w:t>
      </w:r>
      <w:proofErr w:type="spellEnd"/>
      <w:r w:rsidRPr="0034614D">
        <w:rPr>
          <w:lang w:val="ru-RU"/>
        </w:rPr>
        <w:t>.</w:t>
      </w:r>
    </w:p>
    <w:p w14:paraId="4CA15B64" w14:textId="77777777" w:rsidR="001C5BC5" w:rsidRPr="0034614D" w:rsidRDefault="00000000">
      <w:pPr>
        <w:ind w:left="113"/>
        <w:rPr>
          <w:lang w:val="ru-RU"/>
        </w:rPr>
      </w:pPr>
      <w:r w:rsidRPr="0034614D">
        <w:rPr>
          <w:b/>
          <w:lang w:val="ru-RU"/>
        </w:rPr>
        <w:t xml:space="preserve">7. </w:t>
      </w:r>
      <w:r w:rsidRPr="0034614D">
        <w:rPr>
          <w:lang w:val="ru-RU"/>
        </w:rPr>
        <w:t xml:space="preserve">С </w:t>
      </w:r>
      <w:proofErr w:type="spellStart"/>
      <w:r w:rsidRPr="0034614D">
        <w:rPr>
          <w:lang w:val="ru-RU"/>
        </w:rPr>
        <w:t>подаването</w:t>
      </w:r>
      <w:proofErr w:type="spellEnd"/>
      <w:r w:rsidRPr="0034614D">
        <w:rPr>
          <w:lang w:val="ru-RU"/>
        </w:rPr>
        <w:t xml:space="preserve"> на формуляра </w:t>
      </w:r>
      <w:proofErr w:type="spellStart"/>
      <w:r w:rsidRPr="0034614D">
        <w:rPr>
          <w:lang w:val="ru-RU"/>
        </w:rPr>
        <w:t>заявявам</w:t>
      </w:r>
      <w:proofErr w:type="spellEnd"/>
      <w:r w:rsidRPr="0034614D">
        <w:rPr>
          <w:lang w:val="ru-RU"/>
        </w:rPr>
        <w:t xml:space="preserve"> </w:t>
      </w:r>
      <w:proofErr w:type="spellStart"/>
      <w:r w:rsidRPr="0034614D">
        <w:rPr>
          <w:lang w:val="ru-RU"/>
        </w:rPr>
        <w:t>желанието</w:t>
      </w:r>
      <w:proofErr w:type="spellEnd"/>
      <w:r w:rsidRPr="0034614D">
        <w:rPr>
          <w:lang w:val="ru-RU"/>
        </w:rPr>
        <w:t xml:space="preserve"> си да </w:t>
      </w:r>
      <w:proofErr w:type="spellStart"/>
      <w:r w:rsidRPr="0034614D">
        <w:rPr>
          <w:lang w:val="ru-RU"/>
        </w:rPr>
        <w:t>участвам</w:t>
      </w:r>
      <w:proofErr w:type="spellEnd"/>
      <w:r w:rsidRPr="0034614D">
        <w:rPr>
          <w:lang w:val="ru-RU"/>
        </w:rPr>
        <w:t xml:space="preserve"> в </w:t>
      </w:r>
      <w:proofErr w:type="spellStart"/>
      <w:r w:rsidRPr="0034614D">
        <w:rPr>
          <w:lang w:val="ru-RU"/>
        </w:rPr>
        <w:t>процедурата</w:t>
      </w:r>
      <w:proofErr w:type="spellEnd"/>
      <w:r w:rsidRPr="0034614D">
        <w:rPr>
          <w:lang w:val="ru-RU"/>
        </w:rPr>
        <w:t xml:space="preserve"> за подбор за стипендия и </w:t>
      </w:r>
      <w:proofErr w:type="spellStart"/>
      <w:r w:rsidRPr="0034614D">
        <w:rPr>
          <w:lang w:val="ru-RU"/>
        </w:rPr>
        <w:t>съм</w:t>
      </w:r>
      <w:proofErr w:type="spellEnd"/>
      <w:r w:rsidRPr="0034614D">
        <w:rPr>
          <w:lang w:val="ru-RU"/>
        </w:rPr>
        <w:t xml:space="preserve"> </w:t>
      </w:r>
      <w:proofErr w:type="spellStart"/>
      <w:r w:rsidRPr="0034614D">
        <w:rPr>
          <w:lang w:val="ru-RU"/>
        </w:rPr>
        <w:t>информиран</w:t>
      </w:r>
      <w:proofErr w:type="spellEnd"/>
      <w:r w:rsidRPr="0034614D">
        <w:rPr>
          <w:lang w:val="ru-RU"/>
        </w:rPr>
        <w:t xml:space="preserve">/а, че </w:t>
      </w:r>
      <w:proofErr w:type="spellStart"/>
      <w:r w:rsidRPr="0034614D">
        <w:rPr>
          <w:lang w:val="ru-RU"/>
        </w:rPr>
        <w:t>данните</w:t>
      </w:r>
      <w:proofErr w:type="spellEnd"/>
      <w:r w:rsidRPr="0034614D">
        <w:rPr>
          <w:lang w:val="ru-RU"/>
        </w:rPr>
        <w:t xml:space="preserve">, </w:t>
      </w:r>
      <w:proofErr w:type="spellStart"/>
      <w:r w:rsidRPr="0034614D">
        <w:rPr>
          <w:lang w:val="ru-RU"/>
        </w:rPr>
        <w:t>необходими</w:t>
      </w:r>
      <w:proofErr w:type="spellEnd"/>
      <w:r w:rsidRPr="0034614D">
        <w:rPr>
          <w:lang w:val="ru-RU"/>
        </w:rPr>
        <w:t xml:space="preserve"> за </w:t>
      </w:r>
      <w:proofErr w:type="spellStart"/>
      <w:r w:rsidRPr="0034614D">
        <w:rPr>
          <w:lang w:val="ru-RU"/>
        </w:rPr>
        <w:t>кандидатстването</w:t>
      </w:r>
      <w:proofErr w:type="spellEnd"/>
      <w:r w:rsidRPr="0034614D">
        <w:rPr>
          <w:lang w:val="ru-RU"/>
        </w:rPr>
        <w:t xml:space="preserve">, </w:t>
      </w:r>
      <w:proofErr w:type="spellStart"/>
      <w:r w:rsidRPr="0034614D">
        <w:rPr>
          <w:lang w:val="ru-RU"/>
        </w:rPr>
        <w:t>ще</w:t>
      </w:r>
      <w:proofErr w:type="spellEnd"/>
      <w:r w:rsidRPr="0034614D">
        <w:rPr>
          <w:lang w:val="ru-RU"/>
        </w:rPr>
        <w:t xml:space="preserve"> </w:t>
      </w:r>
      <w:proofErr w:type="spellStart"/>
      <w:r w:rsidRPr="0034614D">
        <w:rPr>
          <w:lang w:val="ru-RU"/>
        </w:rPr>
        <w:t>бъдат</w:t>
      </w:r>
      <w:proofErr w:type="spellEnd"/>
      <w:r w:rsidRPr="0034614D">
        <w:rPr>
          <w:lang w:val="ru-RU"/>
        </w:rPr>
        <w:t xml:space="preserve"> </w:t>
      </w:r>
      <w:proofErr w:type="spellStart"/>
      <w:r w:rsidRPr="0034614D">
        <w:rPr>
          <w:lang w:val="ru-RU"/>
        </w:rPr>
        <w:t>обработвани</w:t>
      </w:r>
      <w:proofErr w:type="spellEnd"/>
      <w:r w:rsidRPr="0034614D">
        <w:rPr>
          <w:lang w:val="ru-RU"/>
        </w:rPr>
        <w:t xml:space="preserve"> за </w:t>
      </w:r>
      <w:proofErr w:type="spellStart"/>
      <w:r w:rsidRPr="0034614D">
        <w:rPr>
          <w:lang w:val="ru-RU"/>
        </w:rPr>
        <w:t>провеждането</w:t>
      </w:r>
      <w:proofErr w:type="spellEnd"/>
      <w:r w:rsidRPr="0034614D">
        <w:rPr>
          <w:lang w:val="ru-RU"/>
        </w:rPr>
        <w:t xml:space="preserve"> на тази процедура.</w:t>
      </w:r>
    </w:p>
    <w:p w14:paraId="653BEF6E" w14:textId="77777777" w:rsidR="001C5BC5" w:rsidRPr="0034614D" w:rsidRDefault="001C5BC5">
      <w:pPr>
        <w:rPr>
          <w:lang w:val="ru-RU"/>
        </w:rPr>
      </w:pPr>
    </w:p>
    <w:p w14:paraId="475D4293" w14:textId="77777777" w:rsidR="001C5BC5" w:rsidRDefault="00000000">
      <w:pPr>
        <w:rPr>
          <w:lang w:val="bg-BG"/>
        </w:rPr>
      </w:pPr>
      <w:proofErr w:type="spellStart"/>
      <w:r w:rsidRPr="0034614D">
        <w:rPr>
          <w:lang w:val="ru-RU"/>
        </w:rPr>
        <w:t>Име</w:t>
      </w:r>
      <w:proofErr w:type="spellEnd"/>
      <w:r w:rsidRPr="0034614D">
        <w:rPr>
          <w:lang w:val="ru-RU"/>
        </w:rPr>
        <w:t xml:space="preserve"> на кандидата: ........................................................................................................................</w:t>
      </w:r>
    </w:p>
    <w:p w14:paraId="12767F4A" w14:textId="13275AC1" w:rsidR="0034614D" w:rsidRPr="0034614D" w:rsidRDefault="0034614D">
      <w:pPr>
        <w:rPr>
          <w:lang w:val="bg-BG"/>
        </w:rPr>
      </w:pPr>
      <w:r>
        <w:rPr>
          <w:lang w:val="bg-BG"/>
        </w:rPr>
        <w:t>Телефон: ...............................................................</w:t>
      </w:r>
    </w:p>
    <w:p w14:paraId="5FCFE5A8" w14:textId="77777777" w:rsidR="001C5BC5" w:rsidRPr="0034614D" w:rsidRDefault="00000000">
      <w:pPr>
        <w:rPr>
          <w:lang w:val="ru-RU"/>
        </w:rPr>
      </w:pPr>
      <w:r w:rsidRPr="0034614D">
        <w:rPr>
          <w:lang w:val="ru-RU"/>
        </w:rPr>
        <w:t xml:space="preserve">Дата: ........................................................        </w:t>
      </w:r>
      <w:proofErr w:type="spellStart"/>
      <w:r w:rsidRPr="0034614D">
        <w:rPr>
          <w:lang w:val="ru-RU"/>
        </w:rPr>
        <w:t>Подпис</w:t>
      </w:r>
      <w:proofErr w:type="spellEnd"/>
      <w:r w:rsidRPr="0034614D">
        <w:rPr>
          <w:lang w:val="ru-RU"/>
        </w:rPr>
        <w:t>: ........................................................</w:t>
      </w:r>
    </w:p>
    <w:sectPr w:rsidR="001C5BC5" w:rsidRPr="0034614D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12089904">
    <w:abstractNumId w:val="8"/>
  </w:num>
  <w:num w:numId="2" w16cid:durableId="2080789005">
    <w:abstractNumId w:val="6"/>
  </w:num>
  <w:num w:numId="3" w16cid:durableId="111946314">
    <w:abstractNumId w:val="5"/>
  </w:num>
  <w:num w:numId="4" w16cid:durableId="632441728">
    <w:abstractNumId w:val="4"/>
  </w:num>
  <w:num w:numId="5" w16cid:durableId="1915814064">
    <w:abstractNumId w:val="7"/>
  </w:num>
  <w:num w:numId="6" w16cid:durableId="968168159">
    <w:abstractNumId w:val="3"/>
  </w:num>
  <w:num w:numId="7" w16cid:durableId="2066833173">
    <w:abstractNumId w:val="2"/>
  </w:num>
  <w:num w:numId="8" w16cid:durableId="1305312559">
    <w:abstractNumId w:val="1"/>
  </w:num>
  <w:num w:numId="9" w16cid:durableId="13029971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C5BC5"/>
    <w:rsid w:val="0029639D"/>
    <w:rsid w:val="00326F90"/>
    <w:rsid w:val="0034614D"/>
    <w:rsid w:val="008325F8"/>
    <w:rsid w:val="00AA1D8D"/>
    <w:rsid w:val="00B47730"/>
    <w:rsid w:val="00CB0664"/>
    <w:rsid w:val="00CF0A8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CC1E684"/>
  <w14:defaultImageDpi w14:val="300"/>
  <w15:docId w15:val="{4FA46CE7-7B8C-4112-935E-AA47A41AE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391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TKrumova</cp:lastModifiedBy>
  <cp:revision>3</cp:revision>
  <dcterms:created xsi:type="dcterms:W3CDTF">2013-12-23T23:15:00Z</dcterms:created>
  <dcterms:modified xsi:type="dcterms:W3CDTF">2026-09-12T04:19:00Z</dcterms:modified>
  <cp:category/>
</cp:coreProperties>
</file>