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4743" w14:textId="77777777" w:rsidR="008B2CA3" w:rsidRPr="00FE1580" w:rsidRDefault="00000000">
      <w:pPr>
        <w:jc w:val="center"/>
        <w:rPr>
          <w:lang w:val="ru-RU"/>
        </w:rPr>
      </w:pPr>
      <w:r w:rsidRPr="00FE1580">
        <w:rPr>
          <w:b/>
          <w:sz w:val="30"/>
          <w:lang w:val="ru-RU"/>
        </w:rPr>
        <w:t>ДЕКЛАРАЦИЯ ОТ РОДИТЕЛ / ЗАКОНЕН ПРЕДСТАВИТЕЛ</w:t>
      </w:r>
    </w:p>
    <w:p w14:paraId="0035BFD1" w14:textId="77777777" w:rsidR="008B2CA3" w:rsidRPr="00FE1580" w:rsidRDefault="00000000">
      <w:pPr>
        <w:jc w:val="center"/>
        <w:rPr>
          <w:lang w:val="ru-RU"/>
        </w:rPr>
      </w:pPr>
      <w:r w:rsidRPr="00FE1580">
        <w:rPr>
          <w:b/>
          <w:lang w:val="ru-RU"/>
        </w:rPr>
        <w:t xml:space="preserve">за кандидат за стипендия, </w:t>
      </w:r>
      <w:proofErr w:type="spellStart"/>
      <w:r w:rsidRPr="00FE1580">
        <w:rPr>
          <w:b/>
          <w:lang w:val="ru-RU"/>
        </w:rPr>
        <w:t>който</w:t>
      </w:r>
      <w:proofErr w:type="spellEnd"/>
      <w:r w:rsidRPr="00FE1580">
        <w:rPr>
          <w:b/>
          <w:lang w:val="ru-RU"/>
        </w:rPr>
        <w:t xml:space="preserve"> не е </w:t>
      </w:r>
      <w:proofErr w:type="spellStart"/>
      <w:r w:rsidRPr="00FE1580">
        <w:rPr>
          <w:b/>
          <w:lang w:val="ru-RU"/>
        </w:rPr>
        <w:t>навършил</w:t>
      </w:r>
      <w:proofErr w:type="spellEnd"/>
      <w:r w:rsidRPr="00FE1580">
        <w:rPr>
          <w:b/>
          <w:lang w:val="ru-RU"/>
        </w:rPr>
        <w:t xml:space="preserve"> 18 </w:t>
      </w:r>
      <w:proofErr w:type="spellStart"/>
      <w:r w:rsidRPr="00FE1580">
        <w:rPr>
          <w:b/>
          <w:lang w:val="ru-RU"/>
        </w:rPr>
        <w:t>години</w:t>
      </w:r>
      <w:proofErr w:type="spellEnd"/>
    </w:p>
    <w:p w14:paraId="290C6CAD" w14:textId="77777777" w:rsidR="008B2CA3" w:rsidRPr="00FE1580" w:rsidRDefault="00000000">
      <w:pPr>
        <w:rPr>
          <w:lang w:val="ru-RU"/>
        </w:rPr>
      </w:pPr>
      <w:r w:rsidRPr="00FE1580">
        <w:rPr>
          <w:lang w:val="ru-RU"/>
        </w:rPr>
        <w:t>Аз, ....................................................................................................................................................,</w:t>
      </w:r>
    </w:p>
    <w:p w14:paraId="5CB1E1B8" w14:textId="77777777" w:rsidR="008B2CA3" w:rsidRPr="00FE1580" w:rsidRDefault="00000000">
      <w:pPr>
        <w:rPr>
          <w:lang w:val="ru-RU"/>
        </w:rPr>
      </w:pPr>
      <w:r w:rsidRPr="00FE1580">
        <w:rPr>
          <w:lang w:val="ru-RU"/>
        </w:rPr>
        <w:t xml:space="preserve">в </w:t>
      </w:r>
      <w:proofErr w:type="spellStart"/>
      <w:r w:rsidRPr="00FE1580">
        <w:rPr>
          <w:lang w:val="ru-RU"/>
        </w:rPr>
        <w:t>качеството</w:t>
      </w:r>
      <w:proofErr w:type="spellEnd"/>
      <w:r w:rsidRPr="00FE1580">
        <w:rPr>
          <w:lang w:val="ru-RU"/>
        </w:rPr>
        <w:t xml:space="preserve"> си на:</w:t>
      </w:r>
    </w:p>
    <w:p w14:paraId="2F2D32E6" w14:textId="77777777" w:rsidR="008B2CA3" w:rsidRPr="00FE1580" w:rsidRDefault="00000000">
      <w:pPr>
        <w:rPr>
          <w:lang w:val="ru-RU"/>
        </w:rPr>
      </w:pPr>
      <w:r w:rsidRPr="00FE1580">
        <w:rPr>
          <w:lang w:val="ru-RU"/>
        </w:rPr>
        <w:t xml:space="preserve">☐ </w:t>
      </w:r>
      <w:proofErr w:type="spellStart"/>
      <w:r w:rsidRPr="00FE1580">
        <w:rPr>
          <w:lang w:val="ru-RU"/>
        </w:rPr>
        <w:t>родител</w:t>
      </w:r>
      <w:proofErr w:type="spellEnd"/>
      <w:r w:rsidRPr="00FE1580">
        <w:rPr>
          <w:lang w:val="ru-RU"/>
        </w:rPr>
        <w:t xml:space="preserve">        ☐ </w:t>
      </w:r>
      <w:proofErr w:type="spellStart"/>
      <w:r w:rsidRPr="00FE1580">
        <w:rPr>
          <w:lang w:val="ru-RU"/>
        </w:rPr>
        <w:t>настойник</w:t>
      </w:r>
      <w:proofErr w:type="spellEnd"/>
      <w:r w:rsidRPr="00FE1580">
        <w:rPr>
          <w:lang w:val="ru-RU"/>
        </w:rPr>
        <w:t xml:space="preserve">        ☐ </w:t>
      </w:r>
      <w:proofErr w:type="spellStart"/>
      <w:r w:rsidRPr="00FE1580">
        <w:rPr>
          <w:lang w:val="ru-RU"/>
        </w:rPr>
        <w:t>попечител</w:t>
      </w:r>
      <w:proofErr w:type="spellEnd"/>
      <w:r w:rsidRPr="00FE1580">
        <w:rPr>
          <w:lang w:val="ru-RU"/>
        </w:rPr>
        <w:t xml:space="preserve">        ☐ друг законен </w:t>
      </w:r>
      <w:proofErr w:type="spellStart"/>
      <w:r w:rsidRPr="00FE1580">
        <w:rPr>
          <w:lang w:val="ru-RU"/>
        </w:rPr>
        <w:t>представител</w:t>
      </w:r>
      <w:proofErr w:type="spellEnd"/>
      <w:r w:rsidRPr="00FE1580">
        <w:rPr>
          <w:lang w:val="ru-RU"/>
        </w:rPr>
        <w:t>: ................................</w:t>
      </w:r>
    </w:p>
    <w:p w14:paraId="74068056" w14:textId="77777777" w:rsidR="008B2CA3" w:rsidRPr="00FE1580" w:rsidRDefault="00000000">
      <w:pPr>
        <w:rPr>
          <w:lang w:val="ru-RU"/>
        </w:rPr>
      </w:pPr>
      <w:r w:rsidRPr="00FE1580">
        <w:rPr>
          <w:lang w:val="ru-RU"/>
        </w:rPr>
        <w:t>на ......................................................................................................................................................,</w:t>
      </w:r>
    </w:p>
    <w:p w14:paraId="38765AD4" w14:textId="77777777" w:rsidR="008B2CA3" w:rsidRPr="00FE1580" w:rsidRDefault="00000000">
      <w:pPr>
        <w:rPr>
          <w:lang w:val="ru-RU"/>
        </w:rPr>
      </w:pPr>
      <w:proofErr w:type="spellStart"/>
      <w:r w:rsidRPr="00FE1580">
        <w:rPr>
          <w:b/>
          <w:lang w:val="ru-RU"/>
        </w:rPr>
        <w:t>давам</w:t>
      </w:r>
      <w:proofErr w:type="spellEnd"/>
      <w:r w:rsidRPr="00FE1580">
        <w:rPr>
          <w:b/>
          <w:lang w:val="ru-RU"/>
        </w:rPr>
        <w:t xml:space="preserve"> </w:t>
      </w:r>
      <w:proofErr w:type="spellStart"/>
      <w:r w:rsidRPr="00FE1580">
        <w:rPr>
          <w:b/>
          <w:lang w:val="ru-RU"/>
        </w:rPr>
        <w:t>съгласието</w:t>
      </w:r>
      <w:proofErr w:type="spellEnd"/>
      <w:r w:rsidRPr="00FE1580">
        <w:rPr>
          <w:b/>
          <w:lang w:val="ru-RU"/>
        </w:rPr>
        <w:t xml:space="preserve"> си </w:t>
      </w:r>
      <w:proofErr w:type="spellStart"/>
      <w:r w:rsidRPr="00FE1580">
        <w:rPr>
          <w:lang w:val="ru-RU"/>
        </w:rPr>
        <w:t>детето</w:t>
      </w:r>
      <w:proofErr w:type="spellEnd"/>
      <w:r w:rsidRPr="00FE1580">
        <w:rPr>
          <w:lang w:val="ru-RU"/>
        </w:rPr>
        <w:t>/</w:t>
      </w:r>
      <w:proofErr w:type="spellStart"/>
      <w:r w:rsidRPr="00FE1580">
        <w:rPr>
          <w:lang w:val="ru-RU"/>
        </w:rPr>
        <w:t>лицето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което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представлявам</w:t>
      </w:r>
      <w:proofErr w:type="spellEnd"/>
      <w:r w:rsidRPr="00FE1580">
        <w:rPr>
          <w:lang w:val="ru-RU"/>
        </w:rPr>
        <w:t xml:space="preserve">, да кандидатства за стипендия чрез </w:t>
      </w:r>
      <w:proofErr w:type="spellStart"/>
      <w:r w:rsidRPr="00FE1580">
        <w:rPr>
          <w:lang w:val="ru-RU"/>
        </w:rPr>
        <w:t>подаване</w:t>
      </w:r>
      <w:proofErr w:type="spellEnd"/>
      <w:r w:rsidRPr="00FE1580">
        <w:rPr>
          <w:lang w:val="ru-RU"/>
        </w:rPr>
        <w:t xml:space="preserve"> на формуляра за </w:t>
      </w:r>
      <w:proofErr w:type="spellStart"/>
      <w:r w:rsidRPr="00FE1580">
        <w:rPr>
          <w:lang w:val="ru-RU"/>
        </w:rPr>
        <w:t>кандидатстване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приложените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към</w:t>
      </w:r>
      <w:proofErr w:type="spellEnd"/>
      <w:r w:rsidRPr="00FE1580">
        <w:rPr>
          <w:lang w:val="ru-RU"/>
        </w:rPr>
        <w:t xml:space="preserve"> него </w:t>
      </w:r>
      <w:proofErr w:type="spellStart"/>
      <w:r w:rsidRPr="00FE1580">
        <w:rPr>
          <w:lang w:val="ru-RU"/>
        </w:rPr>
        <w:t>документи</w:t>
      </w:r>
      <w:proofErr w:type="spellEnd"/>
      <w:r w:rsidRPr="00FE1580">
        <w:rPr>
          <w:lang w:val="ru-RU"/>
        </w:rPr>
        <w:t>.</w:t>
      </w:r>
    </w:p>
    <w:p w14:paraId="2F874CF6" w14:textId="77777777" w:rsidR="008B2CA3" w:rsidRPr="00FE1580" w:rsidRDefault="00000000">
      <w:pPr>
        <w:rPr>
          <w:lang w:val="ru-RU"/>
        </w:rPr>
      </w:pPr>
      <w:proofErr w:type="spellStart"/>
      <w:r w:rsidRPr="00FE1580">
        <w:rPr>
          <w:lang w:val="ru-RU"/>
        </w:rPr>
        <w:t>Декларирам</w:t>
      </w:r>
      <w:proofErr w:type="spellEnd"/>
      <w:r w:rsidRPr="00FE1580">
        <w:rPr>
          <w:lang w:val="ru-RU"/>
        </w:rPr>
        <w:t>, че:</w:t>
      </w:r>
    </w:p>
    <w:p w14:paraId="74A039F4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1. </w:t>
      </w:r>
      <w:proofErr w:type="spellStart"/>
      <w:r w:rsidRPr="00FE1580">
        <w:rPr>
          <w:lang w:val="ru-RU"/>
        </w:rPr>
        <w:t>Запознат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 с </w:t>
      </w:r>
      <w:proofErr w:type="spellStart"/>
      <w:r w:rsidRPr="00FE1580">
        <w:rPr>
          <w:lang w:val="ru-RU"/>
        </w:rPr>
        <w:t>условията</w:t>
      </w:r>
      <w:proofErr w:type="spellEnd"/>
      <w:r w:rsidRPr="00FE1580">
        <w:rPr>
          <w:lang w:val="ru-RU"/>
        </w:rPr>
        <w:t xml:space="preserve"> за </w:t>
      </w:r>
      <w:proofErr w:type="spellStart"/>
      <w:r w:rsidRPr="00FE1580">
        <w:rPr>
          <w:lang w:val="ru-RU"/>
        </w:rPr>
        <w:t>кандидатстване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съгласен</w:t>
      </w:r>
      <w:proofErr w:type="spellEnd"/>
      <w:r w:rsidRPr="00FE1580">
        <w:rPr>
          <w:lang w:val="ru-RU"/>
        </w:rPr>
        <w:t xml:space="preserve">/на </w:t>
      </w:r>
      <w:proofErr w:type="spellStart"/>
      <w:r w:rsidRPr="00FE1580">
        <w:rPr>
          <w:lang w:val="ru-RU"/>
        </w:rPr>
        <w:t>кандидатът</w:t>
      </w:r>
      <w:proofErr w:type="spellEnd"/>
      <w:r w:rsidRPr="00FE1580">
        <w:rPr>
          <w:lang w:val="ru-RU"/>
        </w:rPr>
        <w:t xml:space="preserve"> да </w:t>
      </w:r>
      <w:proofErr w:type="spellStart"/>
      <w:r w:rsidRPr="00FE1580">
        <w:rPr>
          <w:lang w:val="ru-RU"/>
        </w:rPr>
        <w:t>участва</w:t>
      </w:r>
      <w:proofErr w:type="spellEnd"/>
      <w:r w:rsidRPr="00FE1580">
        <w:rPr>
          <w:lang w:val="ru-RU"/>
        </w:rPr>
        <w:t xml:space="preserve"> в </w:t>
      </w:r>
      <w:proofErr w:type="spellStart"/>
      <w:r w:rsidRPr="00FE1580">
        <w:rPr>
          <w:lang w:val="ru-RU"/>
        </w:rPr>
        <w:t>процедурата</w:t>
      </w:r>
      <w:proofErr w:type="spellEnd"/>
      <w:r w:rsidRPr="00FE1580">
        <w:rPr>
          <w:lang w:val="ru-RU"/>
        </w:rPr>
        <w:t xml:space="preserve"> за подбор.</w:t>
      </w:r>
    </w:p>
    <w:p w14:paraId="41DC3582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2. </w:t>
      </w:r>
      <w:proofErr w:type="spellStart"/>
      <w:r w:rsidRPr="00FE1580">
        <w:rPr>
          <w:lang w:val="ru-RU"/>
        </w:rPr>
        <w:t>Информиран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, че </w:t>
      </w:r>
      <w:proofErr w:type="spellStart"/>
      <w:r w:rsidRPr="00FE1580">
        <w:rPr>
          <w:lang w:val="ru-RU"/>
        </w:rPr>
        <w:t>Център</w:t>
      </w:r>
      <w:proofErr w:type="spellEnd"/>
      <w:r w:rsidRPr="00FE1580">
        <w:rPr>
          <w:lang w:val="ru-RU"/>
        </w:rPr>
        <w:t xml:space="preserve"> за </w:t>
      </w:r>
      <w:proofErr w:type="spellStart"/>
      <w:r w:rsidRPr="00FE1580">
        <w:rPr>
          <w:lang w:val="ru-RU"/>
        </w:rPr>
        <w:t>междуетнически</w:t>
      </w:r>
      <w:proofErr w:type="spellEnd"/>
      <w:r w:rsidRPr="00FE1580">
        <w:rPr>
          <w:lang w:val="ru-RU"/>
        </w:rPr>
        <w:t xml:space="preserve"> диалог и </w:t>
      </w:r>
      <w:proofErr w:type="spellStart"/>
      <w:r w:rsidRPr="00FE1580">
        <w:rPr>
          <w:lang w:val="ru-RU"/>
        </w:rPr>
        <w:t>толерантност</w:t>
      </w:r>
      <w:proofErr w:type="spellEnd"/>
      <w:r w:rsidRPr="00FE1580">
        <w:rPr>
          <w:lang w:val="ru-RU"/>
        </w:rPr>
        <w:t xml:space="preserve"> „</w:t>
      </w:r>
      <w:proofErr w:type="spellStart"/>
      <w:r w:rsidRPr="00FE1580">
        <w:rPr>
          <w:lang w:val="ru-RU"/>
        </w:rPr>
        <w:t>Амалипе</w:t>
      </w:r>
      <w:proofErr w:type="spellEnd"/>
      <w:r w:rsidRPr="00FE1580">
        <w:rPr>
          <w:lang w:val="ru-RU"/>
        </w:rPr>
        <w:t xml:space="preserve">“, в </w:t>
      </w:r>
      <w:proofErr w:type="spellStart"/>
      <w:r w:rsidRPr="00FE1580">
        <w:rPr>
          <w:lang w:val="ru-RU"/>
        </w:rPr>
        <w:t>качеството</w:t>
      </w:r>
      <w:proofErr w:type="spellEnd"/>
      <w:r w:rsidRPr="00FE1580">
        <w:rPr>
          <w:lang w:val="ru-RU"/>
        </w:rPr>
        <w:t xml:space="preserve"> си на администратор на </w:t>
      </w:r>
      <w:proofErr w:type="spellStart"/>
      <w:r w:rsidRPr="00FE1580">
        <w:rPr>
          <w:lang w:val="ru-RU"/>
        </w:rPr>
        <w:t>лични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данни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ще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обработва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предоставените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във</w:t>
      </w:r>
      <w:proofErr w:type="spellEnd"/>
      <w:r w:rsidRPr="00FE1580">
        <w:rPr>
          <w:lang w:val="ru-RU"/>
        </w:rPr>
        <w:t xml:space="preserve"> формуляра и </w:t>
      </w:r>
      <w:proofErr w:type="spellStart"/>
      <w:r w:rsidRPr="00FE1580">
        <w:rPr>
          <w:lang w:val="ru-RU"/>
        </w:rPr>
        <w:t>приложенията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към</w:t>
      </w:r>
      <w:proofErr w:type="spellEnd"/>
      <w:r w:rsidRPr="00FE1580">
        <w:rPr>
          <w:lang w:val="ru-RU"/>
        </w:rPr>
        <w:t xml:space="preserve"> него </w:t>
      </w:r>
      <w:proofErr w:type="spellStart"/>
      <w:r w:rsidRPr="00FE1580">
        <w:rPr>
          <w:lang w:val="ru-RU"/>
        </w:rPr>
        <w:t>лични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данни</w:t>
      </w:r>
      <w:proofErr w:type="spellEnd"/>
      <w:r w:rsidRPr="00FE1580">
        <w:rPr>
          <w:lang w:val="ru-RU"/>
        </w:rPr>
        <w:t xml:space="preserve"> за целите на </w:t>
      </w:r>
      <w:proofErr w:type="spellStart"/>
      <w:r w:rsidRPr="00FE1580">
        <w:rPr>
          <w:lang w:val="ru-RU"/>
        </w:rPr>
        <w:t>кандидатстването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проверката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допустимостта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оценяването</w:t>
      </w:r>
      <w:proofErr w:type="spellEnd"/>
      <w:r w:rsidRPr="00FE1580">
        <w:rPr>
          <w:lang w:val="ru-RU"/>
        </w:rPr>
        <w:t xml:space="preserve">, подбора, </w:t>
      </w:r>
      <w:proofErr w:type="spellStart"/>
      <w:r w:rsidRPr="00FE1580">
        <w:rPr>
          <w:lang w:val="ru-RU"/>
        </w:rPr>
        <w:t>комуникацията</w:t>
      </w:r>
      <w:proofErr w:type="spellEnd"/>
      <w:r w:rsidRPr="00FE1580">
        <w:rPr>
          <w:lang w:val="ru-RU"/>
        </w:rPr>
        <w:t xml:space="preserve"> с кандидата и, при одобрение, </w:t>
      </w:r>
      <w:proofErr w:type="spellStart"/>
      <w:r w:rsidRPr="00FE1580">
        <w:rPr>
          <w:lang w:val="ru-RU"/>
        </w:rPr>
        <w:t>подготовката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изпълнението</w:t>
      </w:r>
      <w:proofErr w:type="spellEnd"/>
      <w:r w:rsidRPr="00FE1580">
        <w:rPr>
          <w:lang w:val="ru-RU"/>
        </w:rPr>
        <w:t xml:space="preserve"> на договора за стипендия.</w:t>
      </w:r>
    </w:p>
    <w:p w14:paraId="37FD9D69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3. </w:t>
      </w:r>
      <w:proofErr w:type="spellStart"/>
      <w:r w:rsidRPr="00FE1580">
        <w:rPr>
          <w:lang w:val="ru-RU"/>
        </w:rPr>
        <w:t>Информиран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, че </w:t>
      </w:r>
      <w:proofErr w:type="spellStart"/>
      <w:r w:rsidRPr="00FE1580">
        <w:rPr>
          <w:lang w:val="ru-RU"/>
        </w:rPr>
        <w:t>формулярът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може</w:t>
      </w:r>
      <w:proofErr w:type="spellEnd"/>
      <w:r w:rsidRPr="00FE1580">
        <w:rPr>
          <w:lang w:val="ru-RU"/>
        </w:rPr>
        <w:t xml:space="preserve"> да </w:t>
      </w:r>
      <w:proofErr w:type="spellStart"/>
      <w:r w:rsidRPr="00FE1580">
        <w:rPr>
          <w:lang w:val="ru-RU"/>
        </w:rPr>
        <w:t>съдържа</w:t>
      </w:r>
      <w:proofErr w:type="spellEnd"/>
      <w:r w:rsidRPr="00FE1580">
        <w:rPr>
          <w:lang w:val="ru-RU"/>
        </w:rPr>
        <w:t xml:space="preserve"> информация </w:t>
      </w:r>
      <w:proofErr w:type="spellStart"/>
      <w:r w:rsidRPr="00FE1580">
        <w:rPr>
          <w:lang w:val="ru-RU"/>
        </w:rPr>
        <w:t>относно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образованието</w:t>
      </w:r>
      <w:proofErr w:type="spellEnd"/>
      <w:r w:rsidRPr="00FE1580">
        <w:rPr>
          <w:lang w:val="ru-RU"/>
        </w:rPr>
        <w:t xml:space="preserve"> и успеха на кандидата, </w:t>
      </w:r>
      <w:proofErr w:type="spellStart"/>
      <w:r w:rsidRPr="00FE1580">
        <w:rPr>
          <w:lang w:val="ru-RU"/>
        </w:rPr>
        <w:t>доброволческата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му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дейност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както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семейни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социално-икономически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обстоятелства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доколкото</w:t>
      </w:r>
      <w:proofErr w:type="spellEnd"/>
      <w:r w:rsidRPr="00FE1580">
        <w:rPr>
          <w:lang w:val="ru-RU"/>
        </w:rPr>
        <w:t xml:space="preserve"> тази информация е необходима за </w:t>
      </w:r>
      <w:proofErr w:type="spellStart"/>
      <w:r w:rsidRPr="00FE1580">
        <w:rPr>
          <w:lang w:val="ru-RU"/>
        </w:rPr>
        <w:t>оценяване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кандидатурата</w:t>
      </w:r>
      <w:proofErr w:type="spellEnd"/>
      <w:r w:rsidRPr="00FE1580">
        <w:rPr>
          <w:lang w:val="ru-RU"/>
        </w:rPr>
        <w:t>.</w:t>
      </w:r>
    </w:p>
    <w:p w14:paraId="178C8F2D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4. </w:t>
      </w:r>
      <w:r w:rsidRPr="00FE1580">
        <w:rPr>
          <w:lang w:val="ru-RU"/>
        </w:rPr>
        <w:t xml:space="preserve">Давам </w:t>
      </w:r>
      <w:proofErr w:type="spellStart"/>
      <w:r w:rsidRPr="00FE1580">
        <w:rPr>
          <w:lang w:val="ru-RU"/>
        </w:rPr>
        <w:t>съгласието</w:t>
      </w:r>
      <w:proofErr w:type="spellEnd"/>
      <w:r w:rsidRPr="00FE1580">
        <w:rPr>
          <w:lang w:val="ru-RU"/>
        </w:rPr>
        <w:t xml:space="preserve"> си </w:t>
      </w:r>
      <w:proofErr w:type="spellStart"/>
      <w:r w:rsidRPr="00FE1580">
        <w:rPr>
          <w:lang w:val="ru-RU"/>
        </w:rPr>
        <w:t>Център</w:t>
      </w:r>
      <w:proofErr w:type="spellEnd"/>
      <w:r w:rsidRPr="00FE1580">
        <w:rPr>
          <w:lang w:val="ru-RU"/>
        </w:rPr>
        <w:t xml:space="preserve"> „</w:t>
      </w:r>
      <w:proofErr w:type="spellStart"/>
      <w:r w:rsidRPr="00FE1580">
        <w:rPr>
          <w:lang w:val="ru-RU"/>
        </w:rPr>
        <w:t>Амалипе</w:t>
      </w:r>
      <w:proofErr w:type="spellEnd"/>
      <w:r w:rsidRPr="00FE1580">
        <w:rPr>
          <w:lang w:val="ru-RU"/>
        </w:rPr>
        <w:t xml:space="preserve">“ да се </w:t>
      </w:r>
      <w:proofErr w:type="spellStart"/>
      <w:r w:rsidRPr="00FE1580">
        <w:rPr>
          <w:lang w:val="ru-RU"/>
        </w:rPr>
        <w:t>свързва</w:t>
      </w:r>
      <w:proofErr w:type="spellEnd"/>
      <w:r w:rsidRPr="00FE1580">
        <w:rPr>
          <w:lang w:val="ru-RU"/>
        </w:rPr>
        <w:t xml:space="preserve"> с кандидата </w:t>
      </w:r>
      <w:proofErr w:type="spellStart"/>
      <w:r w:rsidRPr="00FE1580">
        <w:rPr>
          <w:lang w:val="ru-RU"/>
        </w:rPr>
        <w:t>директно</w:t>
      </w:r>
      <w:proofErr w:type="spellEnd"/>
      <w:r w:rsidRPr="00FE1580">
        <w:rPr>
          <w:lang w:val="ru-RU"/>
        </w:rPr>
        <w:t xml:space="preserve"> чрез </w:t>
      </w:r>
      <w:proofErr w:type="spellStart"/>
      <w:r w:rsidRPr="00FE1580">
        <w:rPr>
          <w:lang w:val="ru-RU"/>
        </w:rPr>
        <w:t>посочените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във</w:t>
      </w:r>
      <w:proofErr w:type="spellEnd"/>
      <w:r w:rsidRPr="00FE1580">
        <w:rPr>
          <w:lang w:val="ru-RU"/>
        </w:rPr>
        <w:t xml:space="preserve"> формуляра телефон и/или </w:t>
      </w:r>
      <w:proofErr w:type="spellStart"/>
      <w:r w:rsidRPr="00FE1580">
        <w:rPr>
          <w:lang w:val="ru-RU"/>
        </w:rPr>
        <w:t>електронна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поща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във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връзка</w:t>
      </w:r>
      <w:proofErr w:type="spellEnd"/>
      <w:r w:rsidRPr="00FE1580">
        <w:rPr>
          <w:lang w:val="ru-RU"/>
        </w:rPr>
        <w:t xml:space="preserve"> с </w:t>
      </w:r>
      <w:proofErr w:type="spellStart"/>
      <w:r w:rsidRPr="00FE1580">
        <w:rPr>
          <w:lang w:val="ru-RU"/>
        </w:rPr>
        <w:t>кандидатстването</w:t>
      </w:r>
      <w:proofErr w:type="spellEnd"/>
      <w:r w:rsidRPr="00FE1580">
        <w:rPr>
          <w:lang w:val="ru-RU"/>
        </w:rPr>
        <w:t xml:space="preserve">, подбора и </w:t>
      </w:r>
      <w:proofErr w:type="spellStart"/>
      <w:r w:rsidRPr="00FE1580">
        <w:rPr>
          <w:lang w:val="ru-RU"/>
        </w:rPr>
        <w:t>последващото</w:t>
      </w:r>
      <w:proofErr w:type="spellEnd"/>
      <w:r w:rsidRPr="00FE1580">
        <w:rPr>
          <w:lang w:val="ru-RU"/>
        </w:rPr>
        <w:t xml:space="preserve"> участие в </w:t>
      </w:r>
      <w:proofErr w:type="spellStart"/>
      <w:r w:rsidRPr="00FE1580">
        <w:rPr>
          <w:lang w:val="ru-RU"/>
        </w:rPr>
        <w:t>стипендиантската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програма</w:t>
      </w:r>
      <w:proofErr w:type="spellEnd"/>
      <w:r w:rsidRPr="00FE1580">
        <w:rPr>
          <w:lang w:val="ru-RU"/>
        </w:rPr>
        <w:t>.</w:t>
      </w:r>
    </w:p>
    <w:p w14:paraId="065D7683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5. </w:t>
      </w:r>
      <w:proofErr w:type="spellStart"/>
      <w:r w:rsidRPr="00FE1580">
        <w:rPr>
          <w:lang w:val="ru-RU"/>
        </w:rPr>
        <w:t>Информиран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, че </w:t>
      </w:r>
      <w:proofErr w:type="spellStart"/>
      <w:r w:rsidRPr="00FE1580">
        <w:rPr>
          <w:lang w:val="ru-RU"/>
        </w:rPr>
        <w:t>достъп</w:t>
      </w:r>
      <w:proofErr w:type="spellEnd"/>
      <w:r w:rsidRPr="00FE1580">
        <w:rPr>
          <w:lang w:val="ru-RU"/>
        </w:rPr>
        <w:t xml:space="preserve"> до </w:t>
      </w:r>
      <w:proofErr w:type="spellStart"/>
      <w:r w:rsidRPr="00FE1580">
        <w:rPr>
          <w:lang w:val="ru-RU"/>
        </w:rPr>
        <w:t>данните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могат</w:t>
      </w:r>
      <w:proofErr w:type="spellEnd"/>
      <w:r w:rsidRPr="00FE1580">
        <w:rPr>
          <w:lang w:val="ru-RU"/>
        </w:rPr>
        <w:t xml:space="preserve"> да </w:t>
      </w:r>
      <w:proofErr w:type="spellStart"/>
      <w:r w:rsidRPr="00FE1580">
        <w:rPr>
          <w:lang w:val="ru-RU"/>
        </w:rPr>
        <w:t>имат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членовете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комисията</w:t>
      </w:r>
      <w:proofErr w:type="spellEnd"/>
      <w:r w:rsidRPr="00FE1580">
        <w:rPr>
          <w:lang w:val="ru-RU"/>
        </w:rPr>
        <w:t xml:space="preserve"> за подбор и </w:t>
      </w:r>
      <w:proofErr w:type="spellStart"/>
      <w:r w:rsidRPr="00FE1580">
        <w:rPr>
          <w:lang w:val="ru-RU"/>
        </w:rPr>
        <w:t>определени</w:t>
      </w:r>
      <w:proofErr w:type="spellEnd"/>
      <w:r w:rsidRPr="00FE1580">
        <w:rPr>
          <w:lang w:val="ru-RU"/>
        </w:rPr>
        <w:t xml:space="preserve"> служители и </w:t>
      </w:r>
      <w:proofErr w:type="spellStart"/>
      <w:r w:rsidRPr="00FE1580">
        <w:rPr>
          <w:lang w:val="ru-RU"/>
        </w:rPr>
        <w:t>партньори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ангажирани</w:t>
      </w:r>
      <w:proofErr w:type="spellEnd"/>
      <w:r w:rsidRPr="00FE1580">
        <w:rPr>
          <w:lang w:val="ru-RU"/>
        </w:rPr>
        <w:t xml:space="preserve"> с </w:t>
      </w:r>
      <w:proofErr w:type="spellStart"/>
      <w:r w:rsidRPr="00FE1580">
        <w:rPr>
          <w:lang w:val="ru-RU"/>
        </w:rPr>
        <w:t>изпълнението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отчитането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програмата</w:t>
      </w:r>
      <w:proofErr w:type="spellEnd"/>
      <w:r w:rsidRPr="00FE1580">
        <w:rPr>
          <w:lang w:val="ru-RU"/>
        </w:rPr>
        <w:t xml:space="preserve">, само </w:t>
      </w:r>
      <w:proofErr w:type="spellStart"/>
      <w:r w:rsidRPr="00FE1580">
        <w:rPr>
          <w:lang w:val="ru-RU"/>
        </w:rPr>
        <w:t>доколкото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това</w:t>
      </w:r>
      <w:proofErr w:type="spellEnd"/>
      <w:r w:rsidRPr="00FE1580">
        <w:rPr>
          <w:lang w:val="ru-RU"/>
        </w:rPr>
        <w:t xml:space="preserve"> е необходимо за </w:t>
      </w:r>
      <w:proofErr w:type="spellStart"/>
      <w:r w:rsidRPr="00FE1580">
        <w:rPr>
          <w:lang w:val="ru-RU"/>
        </w:rPr>
        <w:t>изпълнение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техните</w:t>
      </w:r>
      <w:proofErr w:type="spellEnd"/>
      <w:r w:rsidRPr="00FE1580">
        <w:rPr>
          <w:lang w:val="ru-RU"/>
        </w:rPr>
        <w:t xml:space="preserve"> функции.</w:t>
      </w:r>
    </w:p>
    <w:p w14:paraId="4A9825CE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6. </w:t>
      </w:r>
      <w:proofErr w:type="spellStart"/>
      <w:r w:rsidRPr="00FE1580">
        <w:rPr>
          <w:lang w:val="ru-RU"/>
        </w:rPr>
        <w:t>Информиран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, че </w:t>
      </w:r>
      <w:proofErr w:type="spellStart"/>
      <w:r w:rsidRPr="00FE1580">
        <w:rPr>
          <w:lang w:val="ru-RU"/>
        </w:rPr>
        <w:t>настоящата</w:t>
      </w:r>
      <w:proofErr w:type="spellEnd"/>
      <w:r w:rsidRPr="00FE1580">
        <w:rPr>
          <w:lang w:val="ru-RU"/>
        </w:rPr>
        <w:t xml:space="preserve"> декларация не </w:t>
      </w:r>
      <w:proofErr w:type="spellStart"/>
      <w:r w:rsidRPr="00FE1580">
        <w:rPr>
          <w:lang w:val="ru-RU"/>
        </w:rPr>
        <w:t>представлява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съгласие</w:t>
      </w:r>
      <w:proofErr w:type="spellEnd"/>
      <w:r w:rsidRPr="00FE1580">
        <w:rPr>
          <w:lang w:val="ru-RU"/>
        </w:rPr>
        <w:t xml:space="preserve"> за публично </w:t>
      </w:r>
      <w:proofErr w:type="spellStart"/>
      <w:r w:rsidRPr="00FE1580">
        <w:rPr>
          <w:lang w:val="ru-RU"/>
        </w:rPr>
        <w:t>използване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името</w:t>
      </w:r>
      <w:proofErr w:type="spellEnd"/>
      <w:r w:rsidRPr="00FE1580">
        <w:rPr>
          <w:lang w:val="ru-RU"/>
        </w:rPr>
        <w:t xml:space="preserve">, образа, снимки, видео, </w:t>
      </w:r>
      <w:proofErr w:type="spellStart"/>
      <w:r w:rsidRPr="00FE1580">
        <w:rPr>
          <w:lang w:val="ru-RU"/>
        </w:rPr>
        <w:t>интервю</w:t>
      </w:r>
      <w:proofErr w:type="spellEnd"/>
      <w:r w:rsidRPr="00FE1580">
        <w:rPr>
          <w:lang w:val="ru-RU"/>
        </w:rPr>
        <w:t xml:space="preserve"> или лична история на кандидата. За подобно </w:t>
      </w:r>
      <w:proofErr w:type="spellStart"/>
      <w:r w:rsidRPr="00FE1580">
        <w:rPr>
          <w:lang w:val="ru-RU"/>
        </w:rPr>
        <w:t>използване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когато</w:t>
      </w:r>
      <w:proofErr w:type="spellEnd"/>
      <w:r w:rsidRPr="00FE1580">
        <w:rPr>
          <w:lang w:val="ru-RU"/>
        </w:rPr>
        <w:t xml:space="preserve"> е приложимо, </w:t>
      </w:r>
      <w:proofErr w:type="spellStart"/>
      <w:r w:rsidRPr="00FE1580">
        <w:rPr>
          <w:lang w:val="ru-RU"/>
        </w:rPr>
        <w:t>ще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бъде</w:t>
      </w:r>
      <w:proofErr w:type="spellEnd"/>
      <w:r w:rsidRPr="00FE1580">
        <w:rPr>
          <w:lang w:val="ru-RU"/>
        </w:rPr>
        <w:t xml:space="preserve"> поискано </w:t>
      </w:r>
      <w:proofErr w:type="spellStart"/>
      <w:r w:rsidRPr="00FE1580">
        <w:rPr>
          <w:lang w:val="ru-RU"/>
        </w:rPr>
        <w:t>отделно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съгласие</w:t>
      </w:r>
      <w:proofErr w:type="spellEnd"/>
      <w:r w:rsidRPr="00FE1580">
        <w:rPr>
          <w:lang w:val="ru-RU"/>
        </w:rPr>
        <w:t>.</w:t>
      </w:r>
    </w:p>
    <w:p w14:paraId="49EF1BBD" w14:textId="77777777" w:rsidR="008B2CA3" w:rsidRPr="00FE1580" w:rsidRDefault="00000000">
      <w:pPr>
        <w:ind w:left="113"/>
        <w:rPr>
          <w:lang w:val="ru-RU"/>
        </w:rPr>
      </w:pPr>
      <w:r w:rsidRPr="00FE1580">
        <w:rPr>
          <w:b/>
          <w:lang w:val="ru-RU"/>
        </w:rPr>
        <w:t xml:space="preserve">7. </w:t>
      </w:r>
      <w:proofErr w:type="spellStart"/>
      <w:r w:rsidRPr="00FE1580">
        <w:rPr>
          <w:lang w:val="ru-RU"/>
        </w:rPr>
        <w:t>Информиран</w:t>
      </w:r>
      <w:proofErr w:type="spellEnd"/>
      <w:r w:rsidRPr="00FE1580">
        <w:rPr>
          <w:lang w:val="ru-RU"/>
        </w:rPr>
        <w:t xml:space="preserve">/а </w:t>
      </w:r>
      <w:proofErr w:type="spellStart"/>
      <w:r w:rsidRPr="00FE1580">
        <w:rPr>
          <w:lang w:val="ru-RU"/>
        </w:rPr>
        <w:t>съм</w:t>
      </w:r>
      <w:proofErr w:type="spellEnd"/>
      <w:r w:rsidRPr="00FE1580">
        <w:rPr>
          <w:lang w:val="ru-RU"/>
        </w:rPr>
        <w:t xml:space="preserve"> за </w:t>
      </w:r>
      <w:proofErr w:type="spellStart"/>
      <w:r w:rsidRPr="00FE1580">
        <w:rPr>
          <w:lang w:val="ru-RU"/>
        </w:rPr>
        <w:t>правото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достъп</w:t>
      </w:r>
      <w:proofErr w:type="spellEnd"/>
      <w:r w:rsidRPr="00FE1580">
        <w:rPr>
          <w:lang w:val="ru-RU"/>
        </w:rPr>
        <w:t xml:space="preserve">, </w:t>
      </w:r>
      <w:proofErr w:type="spellStart"/>
      <w:r w:rsidRPr="00FE1580">
        <w:rPr>
          <w:lang w:val="ru-RU"/>
        </w:rPr>
        <w:t>коригиране</w:t>
      </w:r>
      <w:proofErr w:type="spellEnd"/>
      <w:r w:rsidRPr="00FE1580">
        <w:rPr>
          <w:lang w:val="ru-RU"/>
        </w:rPr>
        <w:t xml:space="preserve"> и </w:t>
      </w:r>
      <w:proofErr w:type="spellStart"/>
      <w:r w:rsidRPr="00FE1580">
        <w:rPr>
          <w:lang w:val="ru-RU"/>
        </w:rPr>
        <w:t>упражняване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останалите</w:t>
      </w:r>
      <w:proofErr w:type="spellEnd"/>
      <w:r w:rsidRPr="00FE1580">
        <w:rPr>
          <w:lang w:val="ru-RU"/>
        </w:rPr>
        <w:t xml:space="preserve"> права </w:t>
      </w:r>
      <w:proofErr w:type="spellStart"/>
      <w:r w:rsidRPr="00FE1580">
        <w:rPr>
          <w:lang w:val="ru-RU"/>
        </w:rPr>
        <w:t>относно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обработваните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лични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данни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съгласно</w:t>
      </w:r>
      <w:proofErr w:type="spellEnd"/>
      <w:r w:rsidRPr="00FE1580">
        <w:rPr>
          <w:lang w:val="ru-RU"/>
        </w:rPr>
        <w:t xml:space="preserve"> Регламент (ЕС) 2016/679, </w:t>
      </w:r>
      <w:proofErr w:type="spellStart"/>
      <w:r w:rsidRPr="00FE1580">
        <w:rPr>
          <w:lang w:val="ru-RU"/>
        </w:rPr>
        <w:t>както</w:t>
      </w:r>
      <w:proofErr w:type="spellEnd"/>
      <w:r w:rsidRPr="00FE1580">
        <w:rPr>
          <w:lang w:val="ru-RU"/>
        </w:rPr>
        <w:t xml:space="preserve"> и за </w:t>
      </w:r>
      <w:proofErr w:type="spellStart"/>
      <w:r w:rsidRPr="00FE1580">
        <w:rPr>
          <w:lang w:val="ru-RU"/>
        </w:rPr>
        <w:t>правото</w:t>
      </w:r>
      <w:proofErr w:type="spellEnd"/>
      <w:r w:rsidRPr="00FE1580">
        <w:rPr>
          <w:lang w:val="ru-RU"/>
        </w:rPr>
        <w:t xml:space="preserve"> на </w:t>
      </w:r>
      <w:proofErr w:type="spellStart"/>
      <w:r w:rsidRPr="00FE1580">
        <w:rPr>
          <w:lang w:val="ru-RU"/>
        </w:rPr>
        <w:t>жалба</w:t>
      </w:r>
      <w:proofErr w:type="spellEnd"/>
      <w:r w:rsidRPr="00FE1580">
        <w:rPr>
          <w:lang w:val="ru-RU"/>
        </w:rPr>
        <w:t xml:space="preserve"> до </w:t>
      </w:r>
      <w:proofErr w:type="spellStart"/>
      <w:r w:rsidRPr="00FE1580">
        <w:rPr>
          <w:lang w:val="ru-RU"/>
        </w:rPr>
        <w:t>Комисията</w:t>
      </w:r>
      <w:proofErr w:type="spellEnd"/>
      <w:r w:rsidRPr="00FE1580">
        <w:rPr>
          <w:lang w:val="ru-RU"/>
        </w:rPr>
        <w:t xml:space="preserve"> за защита на </w:t>
      </w:r>
      <w:proofErr w:type="spellStart"/>
      <w:r w:rsidRPr="00FE1580">
        <w:rPr>
          <w:lang w:val="ru-RU"/>
        </w:rPr>
        <w:t>личните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данни</w:t>
      </w:r>
      <w:proofErr w:type="spellEnd"/>
      <w:r w:rsidRPr="00FE1580">
        <w:rPr>
          <w:lang w:val="ru-RU"/>
        </w:rPr>
        <w:t>.</w:t>
      </w:r>
    </w:p>
    <w:p w14:paraId="7507FB92" w14:textId="77777777" w:rsidR="008B2CA3" w:rsidRPr="00FE1580" w:rsidRDefault="008B2CA3">
      <w:pPr>
        <w:rPr>
          <w:lang w:val="ru-RU"/>
        </w:rPr>
      </w:pPr>
    </w:p>
    <w:p w14:paraId="4E4B0F0B" w14:textId="77777777" w:rsidR="008B2CA3" w:rsidRPr="00FE1580" w:rsidRDefault="00000000">
      <w:pPr>
        <w:rPr>
          <w:lang w:val="ru-RU"/>
        </w:rPr>
      </w:pPr>
      <w:proofErr w:type="spellStart"/>
      <w:r w:rsidRPr="00FE1580">
        <w:rPr>
          <w:lang w:val="ru-RU"/>
        </w:rPr>
        <w:t>Име</w:t>
      </w:r>
      <w:proofErr w:type="spellEnd"/>
      <w:r w:rsidRPr="00FE1580">
        <w:rPr>
          <w:lang w:val="ru-RU"/>
        </w:rPr>
        <w:t xml:space="preserve"> на родителя/</w:t>
      </w:r>
      <w:proofErr w:type="spellStart"/>
      <w:r w:rsidRPr="00FE1580">
        <w:rPr>
          <w:lang w:val="ru-RU"/>
        </w:rPr>
        <w:t>законния</w:t>
      </w:r>
      <w:proofErr w:type="spellEnd"/>
      <w:r w:rsidRPr="00FE1580">
        <w:rPr>
          <w:lang w:val="ru-RU"/>
        </w:rPr>
        <w:t xml:space="preserve"> </w:t>
      </w:r>
      <w:proofErr w:type="spellStart"/>
      <w:r w:rsidRPr="00FE1580">
        <w:rPr>
          <w:lang w:val="ru-RU"/>
        </w:rPr>
        <w:t>представител</w:t>
      </w:r>
      <w:proofErr w:type="spellEnd"/>
      <w:r w:rsidRPr="00FE1580">
        <w:rPr>
          <w:lang w:val="ru-RU"/>
        </w:rPr>
        <w:t>: ......................................................................................</w:t>
      </w:r>
    </w:p>
    <w:p w14:paraId="308CEE57" w14:textId="77777777" w:rsidR="008B2CA3" w:rsidRPr="00FE1580" w:rsidRDefault="00000000">
      <w:pPr>
        <w:rPr>
          <w:lang w:val="ru-RU"/>
        </w:rPr>
      </w:pPr>
      <w:r w:rsidRPr="00FE1580">
        <w:rPr>
          <w:lang w:val="ru-RU"/>
        </w:rPr>
        <w:t>Телефон: ............................................................................................................................................</w:t>
      </w:r>
    </w:p>
    <w:p w14:paraId="2D23A593" w14:textId="6A693D32" w:rsidR="00FE1580" w:rsidRDefault="00FE1580">
      <w:pPr>
        <w:rPr>
          <w:lang w:val="bg-BG"/>
        </w:rPr>
      </w:pPr>
      <w:r>
        <w:rPr>
          <w:lang w:val="bg-BG"/>
        </w:rPr>
        <w:t>Е-мейл: ..............................................................................................</w:t>
      </w:r>
    </w:p>
    <w:p w14:paraId="29A0552D" w14:textId="0BF7667E" w:rsidR="008B2CA3" w:rsidRPr="00FE1580" w:rsidRDefault="00000000">
      <w:pPr>
        <w:rPr>
          <w:lang w:val="ru-RU"/>
        </w:rPr>
      </w:pPr>
      <w:r w:rsidRPr="00FE1580">
        <w:rPr>
          <w:lang w:val="ru-RU"/>
        </w:rPr>
        <w:t xml:space="preserve">Дата: ........................................................        </w:t>
      </w:r>
      <w:proofErr w:type="spellStart"/>
      <w:r w:rsidRPr="00FE1580">
        <w:rPr>
          <w:lang w:val="ru-RU"/>
        </w:rPr>
        <w:t>Подпис</w:t>
      </w:r>
      <w:proofErr w:type="spellEnd"/>
      <w:r w:rsidRPr="00FE1580">
        <w:rPr>
          <w:lang w:val="ru-RU"/>
        </w:rPr>
        <w:t>: ........................................................</w:t>
      </w:r>
    </w:p>
    <w:sectPr w:rsidR="008B2CA3" w:rsidRPr="00FE1580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2500753">
    <w:abstractNumId w:val="8"/>
  </w:num>
  <w:num w:numId="2" w16cid:durableId="1262253206">
    <w:abstractNumId w:val="6"/>
  </w:num>
  <w:num w:numId="3" w16cid:durableId="730613463">
    <w:abstractNumId w:val="5"/>
  </w:num>
  <w:num w:numId="4" w16cid:durableId="1453480614">
    <w:abstractNumId w:val="4"/>
  </w:num>
  <w:num w:numId="5" w16cid:durableId="1673068908">
    <w:abstractNumId w:val="7"/>
  </w:num>
  <w:num w:numId="6" w16cid:durableId="27729665">
    <w:abstractNumId w:val="3"/>
  </w:num>
  <w:num w:numId="7" w16cid:durableId="195654092">
    <w:abstractNumId w:val="2"/>
  </w:num>
  <w:num w:numId="8" w16cid:durableId="1210192692">
    <w:abstractNumId w:val="1"/>
  </w:num>
  <w:num w:numId="9" w16cid:durableId="1234468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B2CA3"/>
    <w:rsid w:val="00AA1D8D"/>
    <w:rsid w:val="00B47730"/>
    <w:rsid w:val="00CB0664"/>
    <w:rsid w:val="00CF0A84"/>
    <w:rsid w:val="00FC693F"/>
    <w:rsid w:val="00FE1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C39B92"/>
  <w14:defaultImageDpi w14:val="300"/>
  <w15:docId w15:val="{4FA46CE7-7B8C-4112-935E-AA47A41AE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TKrumova</cp:lastModifiedBy>
  <cp:revision>2</cp:revision>
  <dcterms:created xsi:type="dcterms:W3CDTF">2013-12-23T23:15:00Z</dcterms:created>
  <dcterms:modified xsi:type="dcterms:W3CDTF">2026-09-12T04:18:00Z</dcterms:modified>
  <cp:category/>
</cp:coreProperties>
</file>